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C1FAD" w14:textId="32294CF8" w:rsidR="004427F5" w:rsidRPr="00DD3E50" w:rsidRDefault="005E3E90">
      <w:pPr>
        <w:pStyle w:val="Heading1"/>
        <w:rPr>
          <w:rFonts w:ascii="Times New Roman" w:hAnsi="Times New Roman" w:cs="Times New Roman"/>
          <w:color w:val="auto"/>
          <w:u w:val="single"/>
        </w:rPr>
      </w:pPr>
      <w:r w:rsidRPr="00F10631">
        <w:rPr>
          <w:rFonts w:ascii="Times New Roman" w:hAnsi="Times New Roman" w:cs="Times New Roman"/>
          <w:color w:val="auto"/>
          <w:u w:val="single"/>
        </w:rPr>
        <w:t xml:space="preserve">Annex </w:t>
      </w:r>
      <w:r w:rsidR="07AD3532" w:rsidRPr="00F10631">
        <w:rPr>
          <w:rFonts w:ascii="Times New Roman" w:hAnsi="Times New Roman" w:cs="Times New Roman"/>
          <w:color w:val="auto"/>
          <w:u w:val="single"/>
        </w:rPr>
        <w:t>E</w:t>
      </w:r>
      <w:r w:rsidRPr="00F10631">
        <w:rPr>
          <w:rFonts w:ascii="Times New Roman" w:hAnsi="Times New Roman" w:cs="Times New Roman"/>
          <w:color w:val="auto"/>
          <w:u w:val="single"/>
        </w:rPr>
        <w:t xml:space="preserve"> – Financial</w:t>
      </w:r>
      <w:r w:rsidRPr="587E48CD">
        <w:rPr>
          <w:rFonts w:ascii="Times New Roman" w:hAnsi="Times New Roman" w:cs="Times New Roman"/>
          <w:color w:val="auto"/>
          <w:u w:val="single"/>
        </w:rPr>
        <w:t xml:space="preserve"> Capacity Verification Questionnaire</w:t>
      </w:r>
    </w:p>
    <w:p w14:paraId="22F1A2C6" w14:textId="77777777" w:rsidR="0059503B" w:rsidRDefault="0059503B">
      <w:pPr>
        <w:rPr>
          <w:rFonts w:ascii="Times New Roman" w:hAnsi="Times New Roman" w:cs="Times New Roman"/>
        </w:rPr>
      </w:pPr>
    </w:p>
    <w:p w14:paraId="4D47E2F3" w14:textId="05E255DB" w:rsidR="004427F5" w:rsidRPr="0059503B" w:rsidRDefault="005E3E90">
      <w:pPr>
        <w:rPr>
          <w:rFonts w:ascii="Times New Roman" w:hAnsi="Times New Roman" w:cs="Times New Roman"/>
        </w:rPr>
      </w:pPr>
      <w:r w:rsidRPr="0059503B">
        <w:rPr>
          <w:rFonts w:ascii="Times New Roman" w:hAnsi="Times New Roman" w:cs="Times New Roman"/>
        </w:rPr>
        <w:t>Lead Applicant: [</w:t>
      </w:r>
      <w:r w:rsidRPr="0059503B">
        <w:rPr>
          <w:rFonts w:ascii="Times New Roman" w:hAnsi="Times New Roman" w:cs="Times New Roman"/>
          <w:i/>
          <w:iCs/>
          <w:highlight w:val="yellow"/>
        </w:rPr>
        <w:t xml:space="preserve">Insert full legal name of the </w:t>
      </w:r>
      <w:r w:rsidR="0007125D" w:rsidRPr="0059503B">
        <w:rPr>
          <w:rFonts w:ascii="Times New Roman" w:hAnsi="Times New Roman" w:cs="Times New Roman"/>
          <w:i/>
          <w:iCs/>
          <w:highlight w:val="yellow"/>
        </w:rPr>
        <w:t>organization</w:t>
      </w:r>
      <w:r w:rsidRPr="0059503B">
        <w:rPr>
          <w:rFonts w:ascii="Times New Roman" w:hAnsi="Times New Roman" w:cs="Times New Roman"/>
        </w:rPr>
        <w:t>]</w:t>
      </w:r>
      <w:r w:rsidRPr="0059503B">
        <w:rPr>
          <w:rFonts w:ascii="Times New Roman" w:hAnsi="Times New Roman" w:cs="Times New Roman"/>
        </w:rPr>
        <w:br/>
      </w:r>
      <w:r w:rsidR="0059503B">
        <w:rPr>
          <w:rFonts w:ascii="Times New Roman" w:hAnsi="Times New Roman" w:cs="Times New Roman"/>
        </w:rPr>
        <w:t>Action / proposal t</w:t>
      </w:r>
      <w:r w:rsidRPr="0059503B">
        <w:rPr>
          <w:rFonts w:ascii="Times New Roman" w:hAnsi="Times New Roman" w:cs="Times New Roman"/>
        </w:rPr>
        <w:t>itle: [</w:t>
      </w:r>
      <w:r w:rsidRPr="0059503B">
        <w:rPr>
          <w:rFonts w:ascii="Times New Roman" w:hAnsi="Times New Roman" w:cs="Times New Roman"/>
          <w:i/>
          <w:iCs/>
          <w:highlight w:val="yellow"/>
        </w:rPr>
        <w:t>Insert title</w:t>
      </w:r>
      <w:r w:rsidRPr="0059503B">
        <w:rPr>
          <w:rFonts w:ascii="Times New Roman" w:hAnsi="Times New Roman" w:cs="Times New Roman"/>
        </w:rPr>
        <w:t>]</w:t>
      </w:r>
      <w:r w:rsidRPr="0059503B">
        <w:rPr>
          <w:rFonts w:ascii="Times New Roman" w:hAnsi="Times New Roman" w:cs="Times New Roman"/>
        </w:rPr>
        <w:br/>
      </w:r>
      <w:r w:rsidR="00F12939">
        <w:rPr>
          <w:rFonts w:ascii="Times New Roman" w:hAnsi="Times New Roman" w:cs="Times New Roman"/>
        </w:rPr>
        <w:t>The currency of amounts, entered in this questionnaire: [</w:t>
      </w:r>
      <w:r w:rsidR="00F12939" w:rsidRPr="00F12939">
        <w:rPr>
          <w:rFonts w:ascii="Times New Roman" w:hAnsi="Times New Roman" w:cs="Times New Roman"/>
          <w:i/>
          <w:iCs/>
          <w:highlight w:val="yellow"/>
        </w:rPr>
        <w:t>currency</w:t>
      </w:r>
      <w:r w:rsidR="00F12939">
        <w:rPr>
          <w:rFonts w:ascii="Times New Roman" w:hAnsi="Times New Roman" w:cs="Times New Roman"/>
        </w:rPr>
        <w:t xml:space="preserve">] </w:t>
      </w:r>
    </w:p>
    <w:p w14:paraId="0ED01F3F" w14:textId="77777777" w:rsidR="00526A68" w:rsidRDefault="00526A68">
      <w:pPr>
        <w:pStyle w:val="Heading2"/>
        <w:rPr>
          <w:rFonts w:ascii="Times New Roman" w:hAnsi="Times New Roman" w:cs="Times New Roman"/>
          <w:color w:val="auto"/>
        </w:rPr>
      </w:pPr>
    </w:p>
    <w:p w14:paraId="23BA7DB3" w14:textId="141F4614" w:rsidR="004427F5" w:rsidRPr="00B74147" w:rsidRDefault="005E3E90">
      <w:pPr>
        <w:pStyle w:val="Heading2"/>
        <w:rPr>
          <w:rFonts w:ascii="Times New Roman" w:hAnsi="Times New Roman" w:cs="Times New Roman"/>
          <w:color w:val="auto"/>
        </w:rPr>
      </w:pPr>
      <w:r w:rsidRPr="00B74147">
        <w:rPr>
          <w:rFonts w:ascii="Times New Roman" w:hAnsi="Times New Roman" w:cs="Times New Roman"/>
          <w:color w:val="auto"/>
        </w:rPr>
        <w:t xml:space="preserve">Section </w:t>
      </w:r>
      <w:r w:rsidR="00B74147" w:rsidRPr="00B74147">
        <w:rPr>
          <w:rFonts w:ascii="Times New Roman" w:hAnsi="Times New Roman" w:cs="Times New Roman"/>
          <w:color w:val="auto"/>
        </w:rPr>
        <w:t>1</w:t>
      </w:r>
      <w:r w:rsidRPr="00B74147">
        <w:rPr>
          <w:rFonts w:ascii="Times New Roman" w:hAnsi="Times New Roman" w:cs="Times New Roman"/>
          <w:color w:val="auto"/>
        </w:rPr>
        <w:t>. Financial Information</w:t>
      </w:r>
    </w:p>
    <w:p w14:paraId="6F72BB4A" w14:textId="77777777" w:rsidR="007A6280" w:rsidRDefault="005E3E90" w:rsidP="00B74147">
      <w:pPr>
        <w:jc w:val="both"/>
        <w:rPr>
          <w:rFonts w:ascii="Times New Roman" w:hAnsi="Times New Roman" w:cs="Times New Roman"/>
          <w:i/>
          <w:iCs/>
        </w:rPr>
      </w:pPr>
      <w:r w:rsidRPr="000826F6">
        <w:rPr>
          <w:rFonts w:ascii="Times New Roman" w:hAnsi="Times New Roman" w:cs="Times New Roman"/>
          <w:i/>
          <w:iCs/>
        </w:rPr>
        <w:t>Please ensure figures are consistent with audited financial statements where available.</w:t>
      </w:r>
      <w:r w:rsidR="007A6280">
        <w:rPr>
          <w:rFonts w:ascii="Times New Roman" w:hAnsi="Times New Roman" w:cs="Times New Roman"/>
          <w:i/>
          <w:iCs/>
        </w:rPr>
        <w:t xml:space="preserve"> </w:t>
      </w:r>
    </w:p>
    <w:p w14:paraId="573720F6" w14:textId="0572E16E" w:rsidR="004427F5" w:rsidRDefault="001363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</w:t>
      </w:r>
      <w:r w:rsidR="005E3E90" w:rsidRPr="0059503B">
        <w:rPr>
          <w:rFonts w:ascii="Times New Roman" w:hAnsi="Times New Roman" w:cs="Times New Roman"/>
        </w:rPr>
        <w:t>. Annual budget of the organi</w:t>
      </w:r>
      <w:r w:rsidR="0007125D">
        <w:rPr>
          <w:rFonts w:ascii="Times New Roman" w:hAnsi="Times New Roman" w:cs="Times New Roman"/>
        </w:rPr>
        <w:t>z</w:t>
      </w:r>
      <w:r w:rsidR="005E3E90" w:rsidRPr="0059503B">
        <w:rPr>
          <w:rFonts w:ascii="Times New Roman" w:hAnsi="Times New Roman" w:cs="Times New Roman"/>
        </w:rPr>
        <w:t>ation for the last 3 years</w:t>
      </w:r>
      <w:r w:rsidR="00A428D5">
        <w:rPr>
          <w:rFonts w:ascii="Times New Roman" w:hAnsi="Times New Roman" w:cs="Times New Roman"/>
        </w:rPr>
        <w:t>, for which accounts are already closed</w:t>
      </w:r>
      <w:r w:rsidR="002F3EAE">
        <w:rPr>
          <w:rFonts w:ascii="Times New Roman" w:hAnsi="Times New Roman" w:cs="Times New Roman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887CCC" w14:paraId="1570D285" w14:textId="77777777" w:rsidTr="00887CCC">
        <w:tc>
          <w:tcPr>
            <w:tcW w:w="2214" w:type="dxa"/>
          </w:tcPr>
          <w:p w14:paraId="424F8034" w14:textId="6AE83F8E" w:rsidR="00887CCC" w:rsidRPr="00F12939" w:rsidRDefault="00887CCC" w:rsidP="00006F3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12939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2214" w:type="dxa"/>
          </w:tcPr>
          <w:p w14:paraId="28C45BDF" w14:textId="77777777" w:rsidR="00887CCC" w:rsidRDefault="00887CCC" w:rsidP="00006F3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5543">
              <w:rPr>
                <w:rFonts w:ascii="Times New Roman" w:hAnsi="Times New Roman" w:cs="Times New Roman"/>
                <w:b/>
                <w:bCs/>
              </w:rPr>
              <w:t xml:space="preserve">Total </w:t>
            </w:r>
            <w:r w:rsidR="00F12939" w:rsidRPr="00915543">
              <w:rPr>
                <w:rFonts w:ascii="Times New Roman" w:hAnsi="Times New Roman" w:cs="Times New Roman"/>
                <w:b/>
                <w:bCs/>
              </w:rPr>
              <w:t>annual i</w:t>
            </w:r>
            <w:r w:rsidRPr="00915543">
              <w:rPr>
                <w:rFonts w:ascii="Times New Roman" w:hAnsi="Times New Roman" w:cs="Times New Roman"/>
                <w:b/>
                <w:bCs/>
              </w:rPr>
              <w:t>ncome</w:t>
            </w:r>
          </w:p>
          <w:p w14:paraId="7EF61B96" w14:textId="315E0731" w:rsidR="00915543" w:rsidRPr="00915543" w:rsidRDefault="00915543" w:rsidP="00006F3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(1)</w:t>
            </w:r>
          </w:p>
        </w:tc>
        <w:tc>
          <w:tcPr>
            <w:tcW w:w="2214" w:type="dxa"/>
          </w:tcPr>
          <w:p w14:paraId="57F92EAA" w14:textId="77777777" w:rsidR="00887CCC" w:rsidRDefault="00F12939" w:rsidP="00006F3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5543">
              <w:rPr>
                <w:rFonts w:ascii="Times New Roman" w:hAnsi="Times New Roman" w:cs="Times New Roman"/>
                <w:b/>
                <w:bCs/>
              </w:rPr>
              <w:t>Total a</w:t>
            </w:r>
            <w:r w:rsidR="00915543" w:rsidRPr="00915543">
              <w:rPr>
                <w:rFonts w:ascii="Times New Roman" w:hAnsi="Times New Roman" w:cs="Times New Roman"/>
                <w:b/>
                <w:bCs/>
              </w:rPr>
              <w:t>nnual expenditure</w:t>
            </w:r>
          </w:p>
          <w:p w14:paraId="428D3B62" w14:textId="2697F3C0" w:rsidR="00915543" w:rsidRPr="00915543" w:rsidRDefault="00915543" w:rsidP="00006F3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(2)</w:t>
            </w:r>
          </w:p>
        </w:tc>
        <w:tc>
          <w:tcPr>
            <w:tcW w:w="2214" w:type="dxa"/>
          </w:tcPr>
          <w:p w14:paraId="6F157D17" w14:textId="7DA9CE3B" w:rsidR="00887CCC" w:rsidRPr="00915543" w:rsidRDefault="00915543" w:rsidP="00006F3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5543">
              <w:rPr>
                <w:rFonts w:ascii="Times New Roman" w:hAnsi="Times New Roman" w:cs="Times New Roman"/>
                <w:b/>
                <w:bCs/>
              </w:rPr>
              <w:t>Net balance</w:t>
            </w:r>
          </w:p>
          <w:p w14:paraId="3F2BFC0A" w14:textId="35B4BE6D" w:rsidR="00915543" w:rsidRPr="00915543" w:rsidRDefault="00915543" w:rsidP="00006F3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5543">
              <w:rPr>
                <w:rFonts w:ascii="Times New Roman" w:hAnsi="Times New Roman" w:cs="Times New Roman"/>
                <w:b/>
                <w:bCs/>
              </w:rPr>
              <w:t>(3) = 1-2</w:t>
            </w:r>
          </w:p>
        </w:tc>
      </w:tr>
      <w:tr w:rsidR="00887CCC" w14:paraId="439322B2" w14:textId="77777777" w:rsidTr="00887CCC">
        <w:tc>
          <w:tcPr>
            <w:tcW w:w="2214" w:type="dxa"/>
          </w:tcPr>
          <w:p w14:paraId="2448E55A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14:paraId="1B93678B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14:paraId="00F7FBAB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14:paraId="447E7D21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</w:tr>
      <w:tr w:rsidR="00887CCC" w14:paraId="48FD0584" w14:textId="77777777" w:rsidTr="00887CCC">
        <w:tc>
          <w:tcPr>
            <w:tcW w:w="2214" w:type="dxa"/>
          </w:tcPr>
          <w:p w14:paraId="7EA6E572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14:paraId="63BD3DFF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14:paraId="6E005BF1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14:paraId="1ED41381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</w:tr>
      <w:tr w:rsidR="00887CCC" w14:paraId="29A8C8DB" w14:textId="77777777" w:rsidTr="00887CCC">
        <w:tc>
          <w:tcPr>
            <w:tcW w:w="2214" w:type="dxa"/>
          </w:tcPr>
          <w:p w14:paraId="2DC98800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14:paraId="277322D2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14:paraId="070B9C52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14:paraId="6378BAF2" w14:textId="77777777" w:rsidR="00887CCC" w:rsidRDefault="00887CCC">
            <w:pPr>
              <w:rPr>
                <w:rFonts w:ascii="Times New Roman" w:hAnsi="Times New Roman" w:cs="Times New Roman"/>
              </w:rPr>
            </w:pPr>
          </w:p>
        </w:tc>
      </w:tr>
    </w:tbl>
    <w:p w14:paraId="4C237C86" w14:textId="77777777" w:rsidR="00006F34" w:rsidRDefault="00006F34">
      <w:pPr>
        <w:rPr>
          <w:rFonts w:ascii="Times New Roman" w:hAnsi="Times New Roman" w:cs="Times New Roman"/>
        </w:rPr>
      </w:pPr>
    </w:p>
    <w:p w14:paraId="4A8EBDFD" w14:textId="32C2F2F5" w:rsidR="007E7D2A" w:rsidRDefault="00136365" w:rsidP="008A064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5E3E90" w:rsidRPr="0059503B">
        <w:rPr>
          <w:rFonts w:ascii="Times New Roman" w:hAnsi="Times New Roman" w:cs="Times New Roman"/>
        </w:rPr>
        <w:t>2. Main sources of funding (</w:t>
      </w:r>
      <w:r w:rsidR="005E3E90" w:rsidRPr="0007125D">
        <w:rPr>
          <w:rFonts w:ascii="Times New Roman" w:hAnsi="Times New Roman" w:cs="Times New Roman"/>
          <w:i/>
          <w:iCs/>
        </w:rPr>
        <w:t>approximate % share</w:t>
      </w:r>
      <w:r w:rsidR="005E3E90" w:rsidRPr="0059503B">
        <w:rPr>
          <w:rFonts w:ascii="Times New Roman" w:hAnsi="Times New Roman" w:cs="Times New Roman"/>
        </w:rPr>
        <w:t>)</w:t>
      </w:r>
      <w:r w:rsidR="00526A68">
        <w:rPr>
          <w:rFonts w:ascii="Times New Roman" w:hAnsi="Times New Roman" w:cs="Times New Roman"/>
        </w:rPr>
        <w:t xml:space="preserve"> for last year, for which accounts are closed</w:t>
      </w:r>
      <w:r w:rsidR="005E3E90" w:rsidRPr="0059503B">
        <w:rPr>
          <w:rFonts w:ascii="Times New Roman" w:hAnsi="Times New Roman" w:cs="Times New Roman"/>
        </w:rPr>
        <w:t>:</w:t>
      </w:r>
      <w:r w:rsidR="005E3E90" w:rsidRPr="0059503B">
        <w:rPr>
          <w:rFonts w:ascii="Times New Roman" w:hAnsi="Times New Roman" w:cs="Times New Roman"/>
        </w:rPr>
        <w:br/>
        <w:t xml:space="preserve">   - Public grants: </w:t>
      </w:r>
      <w:r w:rsidR="005E3E90" w:rsidRPr="00F27410">
        <w:rPr>
          <w:rFonts w:ascii="Times New Roman" w:hAnsi="Times New Roman" w:cs="Times New Roman"/>
          <w:highlight w:val="yellow"/>
        </w:rPr>
        <w:t>______</w:t>
      </w:r>
      <w:r w:rsidR="005E3E90" w:rsidRPr="0059503B">
        <w:rPr>
          <w:rFonts w:ascii="Times New Roman" w:hAnsi="Times New Roman" w:cs="Times New Roman"/>
        </w:rPr>
        <w:t xml:space="preserve"> %</w:t>
      </w:r>
      <w:r w:rsidR="005E3E90" w:rsidRPr="0059503B">
        <w:rPr>
          <w:rFonts w:ascii="Times New Roman" w:hAnsi="Times New Roman" w:cs="Times New Roman"/>
        </w:rPr>
        <w:br/>
        <w:t xml:space="preserve">   - Private </w:t>
      </w:r>
      <w:r w:rsidR="00F27410">
        <w:rPr>
          <w:rFonts w:ascii="Times New Roman" w:hAnsi="Times New Roman" w:cs="Times New Roman"/>
        </w:rPr>
        <w:t xml:space="preserve">external </w:t>
      </w:r>
      <w:r w:rsidR="005E3E90" w:rsidRPr="0059503B">
        <w:rPr>
          <w:rFonts w:ascii="Times New Roman" w:hAnsi="Times New Roman" w:cs="Times New Roman"/>
        </w:rPr>
        <w:t xml:space="preserve">funding / </w:t>
      </w:r>
      <w:r w:rsidR="007E7D2A" w:rsidRPr="0059503B">
        <w:rPr>
          <w:rFonts w:ascii="Times New Roman" w:hAnsi="Times New Roman" w:cs="Times New Roman"/>
        </w:rPr>
        <w:t xml:space="preserve">sponsorship: </w:t>
      </w:r>
      <w:r w:rsidR="005E3E90" w:rsidRPr="00F27410">
        <w:rPr>
          <w:rFonts w:ascii="Times New Roman" w:hAnsi="Times New Roman" w:cs="Times New Roman"/>
          <w:highlight w:val="yellow"/>
        </w:rPr>
        <w:t>____</w:t>
      </w:r>
      <w:r w:rsidR="005E3E90" w:rsidRPr="0059503B">
        <w:rPr>
          <w:rFonts w:ascii="Times New Roman" w:hAnsi="Times New Roman" w:cs="Times New Roman"/>
        </w:rPr>
        <w:t xml:space="preserve"> %</w:t>
      </w:r>
      <w:r w:rsidR="005E3E90" w:rsidRPr="0059503B">
        <w:rPr>
          <w:rFonts w:ascii="Times New Roman" w:hAnsi="Times New Roman" w:cs="Times New Roman"/>
        </w:rPr>
        <w:br/>
        <w:t xml:space="preserve">   - Own revenues (services, sales, membership fees, etc.</w:t>
      </w:r>
      <w:r w:rsidR="00F27410" w:rsidRPr="0059503B">
        <w:rPr>
          <w:rFonts w:ascii="Times New Roman" w:hAnsi="Times New Roman" w:cs="Times New Roman"/>
        </w:rPr>
        <w:t xml:space="preserve">): </w:t>
      </w:r>
      <w:r w:rsidR="005E3E90" w:rsidRPr="00F27410">
        <w:rPr>
          <w:rFonts w:ascii="Times New Roman" w:hAnsi="Times New Roman" w:cs="Times New Roman"/>
          <w:highlight w:val="yellow"/>
        </w:rPr>
        <w:t>_____</w:t>
      </w:r>
      <w:r w:rsidR="005E3E90" w:rsidRPr="0059503B">
        <w:rPr>
          <w:rFonts w:ascii="Times New Roman" w:hAnsi="Times New Roman" w:cs="Times New Roman"/>
        </w:rPr>
        <w:t xml:space="preserve"> %</w:t>
      </w:r>
    </w:p>
    <w:p w14:paraId="277038F9" w14:textId="0A3C11DB" w:rsidR="004427F5" w:rsidRPr="0059503B" w:rsidRDefault="007E7D2A" w:rsidP="008A0645">
      <w:pP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A931EF">
        <w:rPr>
          <w:rFonts w:ascii="Times New Roman" w:hAnsi="Times New Roman" w:cs="Times New Roman"/>
        </w:rPr>
        <w:t xml:space="preserve">Loans: </w:t>
      </w:r>
      <w:r w:rsidR="00A931EF">
        <w:rPr>
          <w:rFonts w:ascii="Times New Roman" w:hAnsi="Times New Roman" w:cs="Times New Roman"/>
          <w:highlight w:val="yellow"/>
        </w:rPr>
        <w:t>_____</w:t>
      </w:r>
      <w:r w:rsidRPr="00F27410">
        <w:rPr>
          <w:rFonts w:ascii="Times New Roman" w:hAnsi="Times New Roman" w:cs="Times New Roman"/>
          <w:highlight w:val="yellow"/>
        </w:rPr>
        <w:t>_</w:t>
      </w:r>
      <w:r w:rsidRPr="0059503B">
        <w:rPr>
          <w:rFonts w:ascii="Times New Roman" w:hAnsi="Times New Roman" w:cs="Times New Roman"/>
        </w:rPr>
        <w:t xml:space="preserve"> %</w:t>
      </w:r>
      <w:r w:rsidR="005E3E90" w:rsidRPr="0059503B">
        <w:rPr>
          <w:rFonts w:ascii="Times New Roman" w:hAnsi="Times New Roman" w:cs="Times New Roman"/>
        </w:rPr>
        <w:br/>
        <w:t>- Other (</w:t>
      </w:r>
      <w:r w:rsidR="005E3E90" w:rsidRPr="007E7D2A">
        <w:rPr>
          <w:rFonts w:ascii="Times New Roman" w:hAnsi="Times New Roman" w:cs="Times New Roman"/>
          <w:i/>
          <w:iCs/>
          <w:highlight w:val="yellow"/>
        </w:rPr>
        <w:t>please specify</w:t>
      </w:r>
      <w:r w:rsidR="00A931EF" w:rsidRPr="0059503B">
        <w:rPr>
          <w:rFonts w:ascii="Times New Roman" w:hAnsi="Times New Roman" w:cs="Times New Roman"/>
        </w:rPr>
        <w:t xml:space="preserve">): </w:t>
      </w:r>
      <w:r w:rsidR="005E3E90" w:rsidRPr="00F27410">
        <w:rPr>
          <w:rFonts w:ascii="Times New Roman" w:hAnsi="Times New Roman" w:cs="Times New Roman"/>
          <w:highlight w:val="yellow"/>
        </w:rPr>
        <w:t>_____</w:t>
      </w:r>
      <w:r w:rsidR="005E3E90" w:rsidRPr="0059503B">
        <w:rPr>
          <w:rFonts w:ascii="Times New Roman" w:hAnsi="Times New Roman" w:cs="Times New Roman"/>
        </w:rPr>
        <w:t xml:space="preserve"> %</w:t>
      </w:r>
    </w:p>
    <w:p w14:paraId="0BA4AF52" w14:textId="77777777" w:rsidR="00A931EF" w:rsidRDefault="00A931EF">
      <w:pPr>
        <w:pStyle w:val="Heading2"/>
        <w:rPr>
          <w:rFonts w:ascii="Times New Roman" w:hAnsi="Times New Roman" w:cs="Times New Roman"/>
        </w:rPr>
      </w:pPr>
    </w:p>
    <w:p w14:paraId="02DCBF02" w14:textId="33E5D931" w:rsidR="004427F5" w:rsidRPr="0059503B" w:rsidRDefault="005E3E90">
      <w:pPr>
        <w:pStyle w:val="Heading2"/>
        <w:rPr>
          <w:rFonts w:ascii="Times New Roman" w:hAnsi="Times New Roman" w:cs="Times New Roman"/>
        </w:rPr>
      </w:pPr>
      <w:r w:rsidRPr="00506C52">
        <w:rPr>
          <w:rFonts w:ascii="Times New Roman" w:hAnsi="Times New Roman" w:cs="Times New Roman"/>
          <w:color w:val="auto"/>
        </w:rPr>
        <w:t xml:space="preserve">Section </w:t>
      </w:r>
      <w:r w:rsidR="00506C52" w:rsidRPr="00506C52">
        <w:rPr>
          <w:rFonts w:ascii="Times New Roman" w:hAnsi="Times New Roman" w:cs="Times New Roman"/>
          <w:color w:val="auto"/>
        </w:rPr>
        <w:t>2</w:t>
      </w:r>
      <w:r w:rsidRPr="00506C52">
        <w:rPr>
          <w:rFonts w:ascii="Times New Roman" w:hAnsi="Times New Roman" w:cs="Times New Roman"/>
          <w:color w:val="auto"/>
        </w:rPr>
        <w:t>. Project Management Experience</w:t>
      </w:r>
    </w:p>
    <w:p w14:paraId="13FD8C45" w14:textId="428CDAE4" w:rsidR="004427F5" w:rsidRPr="00136365" w:rsidRDefault="00136365" w:rsidP="00B67FB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2. 1. </w:t>
      </w:r>
      <w:r w:rsidR="005E3E90" w:rsidRPr="00136365">
        <w:rPr>
          <w:rFonts w:ascii="Times New Roman" w:hAnsi="Times New Roman" w:cs="Times New Roman"/>
        </w:rPr>
        <w:t>List of projects implemented in the last 5 years (with a budget above €50,000</w:t>
      </w:r>
      <w:r w:rsidRPr="00136365">
        <w:rPr>
          <w:rFonts w:ascii="Times New Roman" w:hAnsi="Times New Roman" w:cs="Times New Roman"/>
        </w:rPr>
        <w:t xml:space="preserve"> in applicable currency</w:t>
      </w:r>
      <w:r w:rsidR="005E3E90" w:rsidRPr="0013636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. </w:t>
      </w:r>
      <w:r w:rsidR="001C3B7F">
        <w:rPr>
          <w:rFonts w:ascii="Times New Roman" w:hAnsi="Times New Roman" w:cs="Times New Roman"/>
        </w:rPr>
        <w:t>If there are more than 5 such projects, list 5 with the highest budget</w:t>
      </w:r>
      <w:r w:rsidR="00441347">
        <w:rPr>
          <w:rFonts w:ascii="Times New Roman" w:hAnsi="Times New Roman" w:cs="Times New Roman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918"/>
        <w:gridCol w:w="1809"/>
        <w:gridCol w:w="1876"/>
        <w:gridCol w:w="1695"/>
      </w:tblGrid>
      <w:tr w:rsidR="0007125D" w14:paraId="49D7C13F" w14:textId="55C0EF43" w:rsidTr="0007125D">
        <w:tc>
          <w:tcPr>
            <w:tcW w:w="1654" w:type="dxa"/>
          </w:tcPr>
          <w:p w14:paraId="5A4C8792" w14:textId="5FE766A4" w:rsidR="0007125D" w:rsidRPr="00F12939" w:rsidRDefault="0007125D" w:rsidP="00921A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Project title</w:t>
            </w:r>
          </w:p>
        </w:tc>
        <w:tc>
          <w:tcPr>
            <w:tcW w:w="1962" w:type="dxa"/>
          </w:tcPr>
          <w:p w14:paraId="40791442" w14:textId="6BA14298" w:rsidR="0007125D" w:rsidRPr="00915543" w:rsidRDefault="0007125D" w:rsidP="00921A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Organizations’ role (lead, partner, etc.)</w:t>
            </w:r>
          </w:p>
        </w:tc>
        <w:tc>
          <w:tcPr>
            <w:tcW w:w="1869" w:type="dxa"/>
          </w:tcPr>
          <w:p w14:paraId="43094CD0" w14:textId="4627254A" w:rsidR="0007125D" w:rsidRPr="00915543" w:rsidRDefault="0007125D" w:rsidP="00921A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Budget, attributed to organization</w:t>
            </w:r>
          </w:p>
        </w:tc>
        <w:tc>
          <w:tcPr>
            <w:tcW w:w="2004" w:type="dxa"/>
          </w:tcPr>
          <w:p w14:paraId="33AE8958" w14:textId="67E5551A" w:rsidR="0007125D" w:rsidRPr="00915543" w:rsidRDefault="0007125D" w:rsidP="00921A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Donor / Funding source</w:t>
            </w:r>
          </w:p>
        </w:tc>
        <w:tc>
          <w:tcPr>
            <w:tcW w:w="1367" w:type="dxa"/>
          </w:tcPr>
          <w:p w14:paraId="65A7B4C7" w14:textId="09C29D74" w:rsidR="0007125D" w:rsidRPr="00752C78" w:rsidRDefault="00752C78" w:rsidP="00921A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C78">
              <w:rPr>
                <w:rFonts w:ascii="Times New Roman" w:hAnsi="Times New Roman" w:cs="Times New Roman"/>
                <w:b/>
                <w:bCs/>
              </w:rPr>
              <w:t>Years of implementation</w:t>
            </w:r>
          </w:p>
        </w:tc>
      </w:tr>
      <w:tr w:rsidR="0007125D" w14:paraId="256B2094" w14:textId="12EFB917" w:rsidTr="0007125D">
        <w:tc>
          <w:tcPr>
            <w:tcW w:w="1654" w:type="dxa"/>
          </w:tcPr>
          <w:p w14:paraId="751D6447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2" w:type="dxa"/>
          </w:tcPr>
          <w:p w14:paraId="039CE232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349E48F2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376128E8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</w:tcPr>
          <w:p w14:paraId="119C5152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</w:tr>
      <w:tr w:rsidR="0007125D" w14:paraId="0C156C5F" w14:textId="0BE4A003" w:rsidTr="0007125D">
        <w:tc>
          <w:tcPr>
            <w:tcW w:w="1654" w:type="dxa"/>
          </w:tcPr>
          <w:p w14:paraId="19CD8E82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2" w:type="dxa"/>
          </w:tcPr>
          <w:p w14:paraId="7DE0C24D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328B0334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1A06A5DA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</w:tcPr>
          <w:p w14:paraId="5CDB51BA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</w:tr>
      <w:tr w:rsidR="0007125D" w14:paraId="577F2068" w14:textId="568492A5" w:rsidTr="0007125D">
        <w:tc>
          <w:tcPr>
            <w:tcW w:w="1654" w:type="dxa"/>
          </w:tcPr>
          <w:p w14:paraId="2CEB39A0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2" w:type="dxa"/>
          </w:tcPr>
          <w:p w14:paraId="570E830B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62C6279E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66EAC471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</w:tcPr>
          <w:p w14:paraId="36FA9C0F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</w:tr>
      <w:tr w:rsidR="0007125D" w14:paraId="7372B224" w14:textId="54535BD8" w:rsidTr="0007125D">
        <w:tc>
          <w:tcPr>
            <w:tcW w:w="1654" w:type="dxa"/>
          </w:tcPr>
          <w:p w14:paraId="7B2962CD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2" w:type="dxa"/>
          </w:tcPr>
          <w:p w14:paraId="7DC04004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5364C8DF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5C7AF0BF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</w:tcPr>
          <w:p w14:paraId="1CF73D7F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</w:tr>
      <w:tr w:rsidR="0007125D" w14:paraId="5D0AA1C5" w14:textId="60C74D94" w:rsidTr="0007125D">
        <w:tc>
          <w:tcPr>
            <w:tcW w:w="1654" w:type="dxa"/>
          </w:tcPr>
          <w:p w14:paraId="1228F85B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2" w:type="dxa"/>
          </w:tcPr>
          <w:p w14:paraId="48CC767A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66EA01BB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3A5153DA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</w:tcPr>
          <w:p w14:paraId="58F819EE" w14:textId="77777777" w:rsidR="0007125D" w:rsidRDefault="0007125D" w:rsidP="00921A79">
            <w:pPr>
              <w:rPr>
                <w:rFonts w:ascii="Times New Roman" w:hAnsi="Times New Roman" w:cs="Times New Roman"/>
              </w:rPr>
            </w:pPr>
          </w:p>
        </w:tc>
      </w:tr>
    </w:tbl>
    <w:p w14:paraId="30D8A3A1" w14:textId="77777777" w:rsidR="00136365" w:rsidRDefault="00136365" w:rsidP="00136365">
      <w:pPr>
        <w:rPr>
          <w:rFonts w:ascii="Times New Roman" w:hAnsi="Times New Roman" w:cs="Times New Roman"/>
        </w:rPr>
      </w:pPr>
    </w:p>
    <w:p w14:paraId="551D19DF" w14:textId="77777777" w:rsidR="00136365" w:rsidRPr="00136365" w:rsidRDefault="00136365" w:rsidP="00136365">
      <w:pPr>
        <w:rPr>
          <w:rFonts w:ascii="Times New Roman" w:hAnsi="Times New Roman" w:cs="Times New Roman"/>
        </w:rPr>
      </w:pPr>
    </w:p>
    <w:p w14:paraId="18534389" w14:textId="77777777" w:rsidR="00B67FBD" w:rsidRDefault="0007125D" w:rsidP="00B67FB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</w:t>
      </w:r>
      <w:r w:rsidR="005E3E90" w:rsidRPr="0059503B">
        <w:rPr>
          <w:rFonts w:ascii="Times New Roman" w:hAnsi="Times New Roman" w:cs="Times New Roman"/>
        </w:rPr>
        <w:t xml:space="preserve">2. Largest project managed by the </w:t>
      </w:r>
      <w:r w:rsidRPr="0059503B">
        <w:rPr>
          <w:rFonts w:ascii="Times New Roman" w:hAnsi="Times New Roman" w:cs="Times New Roman"/>
        </w:rPr>
        <w:t>organization</w:t>
      </w:r>
      <w:r>
        <w:rPr>
          <w:rFonts w:ascii="Times New Roman" w:hAnsi="Times New Roman" w:cs="Times New Roman"/>
        </w:rPr>
        <w:t xml:space="preserve"> (</w:t>
      </w:r>
      <w:r w:rsidR="00441347" w:rsidRPr="007560D3">
        <w:rPr>
          <w:rFonts w:ascii="Times New Roman" w:hAnsi="Times New Roman" w:cs="Times New Roman"/>
          <w:i/>
          <w:iCs/>
        </w:rPr>
        <w:t>to be filled, if</w:t>
      </w:r>
      <w:r w:rsidR="007560D3" w:rsidRPr="007560D3">
        <w:rPr>
          <w:rFonts w:ascii="Times New Roman" w:hAnsi="Times New Roman" w:cs="Times New Roman"/>
          <w:i/>
          <w:iCs/>
        </w:rPr>
        <w:t xml:space="preserve"> </w:t>
      </w:r>
      <w:r w:rsidR="00492D12">
        <w:rPr>
          <w:rFonts w:ascii="Times New Roman" w:hAnsi="Times New Roman" w:cs="Times New Roman"/>
          <w:i/>
          <w:iCs/>
        </w:rPr>
        <w:t xml:space="preserve">such </w:t>
      </w:r>
      <w:r w:rsidR="007560D3" w:rsidRPr="007560D3">
        <w:rPr>
          <w:rFonts w:ascii="Times New Roman" w:hAnsi="Times New Roman" w:cs="Times New Roman"/>
          <w:i/>
          <w:iCs/>
        </w:rPr>
        <w:t>project is not listed under part 2.1</w:t>
      </w:r>
      <w:r w:rsidR="007560D3">
        <w:rPr>
          <w:rFonts w:ascii="Times New Roman" w:hAnsi="Times New Roman" w:cs="Times New Roman"/>
        </w:rPr>
        <w:t>)</w:t>
      </w:r>
      <w:r w:rsidR="00B67FBD">
        <w:rPr>
          <w:rFonts w:ascii="Times New Roman" w:hAnsi="Times New Roman" w:cs="Times New Roman"/>
        </w:rPr>
        <w:t>:</w:t>
      </w:r>
    </w:p>
    <w:p w14:paraId="236219E8" w14:textId="4D528BCD" w:rsidR="007560D3" w:rsidRDefault="005E3E90" w:rsidP="00B67FBD">
      <w:pPr>
        <w:spacing w:after="0"/>
        <w:rPr>
          <w:rFonts w:ascii="Times New Roman" w:hAnsi="Times New Roman" w:cs="Times New Roman"/>
        </w:rPr>
      </w:pPr>
      <w:r w:rsidRPr="0059503B">
        <w:rPr>
          <w:rFonts w:ascii="Times New Roman" w:hAnsi="Times New Roman" w:cs="Times New Roman"/>
        </w:rPr>
        <w:t xml:space="preserve">   - Project Title: </w:t>
      </w:r>
      <w:r w:rsidRPr="0007125D">
        <w:rPr>
          <w:rFonts w:ascii="Times New Roman" w:hAnsi="Times New Roman" w:cs="Times New Roman"/>
          <w:highlight w:val="yellow"/>
        </w:rPr>
        <w:t>_________________________</w:t>
      </w:r>
      <w:r w:rsidRPr="0059503B">
        <w:rPr>
          <w:rFonts w:ascii="Times New Roman" w:hAnsi="Times New Roman" w:cs="Times New Roman"/>
        </w:rPr>
        <w:br/>
        <w:t xml:space="preserve">   - </w:t>
      </w:r>
      <w:r w:rsidR="007560D3" w:rsidRPr="007560D3">
        <w:rPr>
          <w:rFonts w:ascii="Times New Roman" w:hAnsi="Times New Roman" w:cs="Times New Roman"/>
        </w:rPr>
        <w:t>Organizations’ role</w:t>
      </w:r>
      <w:r w:rsidRPr="0059503B">
        <w:rPr>
          <w:rFonts w:ascii="Times New Roman" w:hAnsi="Times New Roman" w:cs="Times New Roman"/>
        </w:rPr>
        <w:t xml:space="preserve">: </w:t>
      </w:r>
      <w:r w:rsidRPr="0007125D">
        <w:rPr>
          <w:rFonts w:ascii="Times New Roman" w:hAnsi="Times New Roman" w:cs="Times New Roman"/>
          <w:highlight w:val="yellow"/>
        </w:rPr>
        <w:t>_________________________</w:t>
      </w:r>
    </w:p>
    <w:p w14:paraId="7F205DB5" w14:textId="22D92A79" w:rsidR="007560D3" w:rsidRDefault="007560D3" w:rsidP="007560D3">
      <w:pPr>
        <w:spacing w:after="0"/>
        <w:rPr>
          <w:rFonts w:ascii="Times New Roman" w:hAnsi="Times New Roman" w:cs="Times New Roman"/>
        </w:rPr>
      </w:pPr>
      <w:r w:rsidRPr="0059503B">
        <w:rPr>
          <w:rFonts w:ascii="Times New Roman" w:hAnsi="Times New Roman" w:cs="Times New Roman"/>
        </w:rPr>
        <w:t xml:space="preserve">   - Budget</w:t>
      </w:r>
      <w:r>
        <w:rPr>
          <w:rFonts w:ascii="Times New Roman" w:hAnsi="Times New Roman" w:cs="Times New Roman"/>
        </w:rPr>
        <w:t xml:space="preserve"> attributed to the organization</w:t>
      </w:r>
      <w:r w:rsidRPr="0059503B">
        <w:rPr>
          <w:rFonts w:ascii="Times New Roman" w:hAnsi="Times New Roman" w:cs="Times New Roman"/>
        </w:rPr>
        <w:t xml:space="preserve">: </w:t>
      </w:r>
      <w:r w:rsidRPr="0007125D">
        <w:rPr>
          <w:rFonts w:ascii="Times New Roman" w:hAnsi="Times New Roman" w:cs="Times New Roman"/>
          <w:highlight w:val="yellow"/>
        </w:rPr>
        <w:t>_________________________</w:t>
      </w:r>
    </w:p>
    <w:p w14:paraId="70484C16" w14:textId="62AA8A8A" w:rsidR="004427F5" w:rsidRPr="0059503B" w:rsidRDefault="007560D3" w:rsidP="007560D3">
      <w:pPr>
        <w:spacing w:after="0"/>
        <w:rPr>
          <w:rFonts w:ascii="Times New Roman" w:hAnsi="Times New Roman" w:cs="Times New Roman"/>
        </w:rPr>
      </w:pPr>
      <w:r w:rsidRPr="0059503B">
        <w:rPr>
          <w:rFonts w:ascii="Times New Roman" w:hAnsi="Times New Roman" w:cs="Times New Roman"/>
        </w:rPr>
        <w:t xml:space="preserve">   - </w:t>
      </w:r>
      <w:r w:rsidR="00752C78">
        <w:rPr>
          <w:rFonts w:ascii="Times New Roman" w:hAnsi="Times New Roman" w:cs="Times New Roman"/>
        </w:rPr>
        <w:t>Donor / funding source</w:t>
      </w:r>
      <w:r w:rsidRPr="0059503B">
        <w:rPr>
          <w:rFonts w:ascii="Times New Roman" w:hAnsi="Times New Roman" w:cs="Times New Roman"/>
        </w:rPr>
        <w:t xml:space="preserve">: </w:t>
      </w:r>
      <w:r w:rsidRPr="0007125D">
        <w:rPr>
          <w:rFonts w:ascii="Times New Roman" w:hAnsi="Times New Roman" w:cs="Times New Roman"/>
          <w:highlight w:val="yellow"/>
        </w:rPr>
        <w:t>_________________________</w:t>
      </w:r>
      <w:r w:rsidR="005E3E90" w:rsidRPr="0059503B">
        <w:rPr>
          <w:rFonts w:ascii="Times New Roman" w:hAnsi="Times New Roman" w:cs="Times New Roman"/>
        </w:rPr>
        <w:br/>
        <w:t xml:space="preserve">   - Year</w:t>
      </w:r>
      <w:r w:rsidR="00136365">
        <w:rPr>
          <w:rFonts w:ascii="Times New Roman" w:hAnsi="Times New Roman" w:cs="Times New Roman"/>
        </w:rPr>
        <w:t>s</w:t>
      </w:r>
      <w:r w:rsidR="005E3E90" w:rsidRPr="0059503B">
        <w:rPr>
          <w:rFonts w:ascii="Times New Roman" w:hAnsi="Times New Roman" w:cs="Times New Roman"/>
        </w:rPr>
        <w:t xml:space="preserve"> of implementation: </w:t>
      </w:r>
      <w:r w:rsidR="005E3E90" w:rsidRPr="007560D3">
        <w:rPr>
          <w:rFonts w:ascii="Times New Roman" w:hAnsi="Times New Roman" w:cs="Times New Roman"/>
          <w:highlight w:val="yellow"/>
        </w:rPr>
        <w:t>_________________________</w:t>
      </w:r>
    </w:p>
    <w:p w14:paraId="1CFB44A5" w14:textId="77777777" w:rsidR="00492D12" w:rsidRDefault="00492D12">
      <w:pPr>
        <w:pStyle w:val="Heading2"/>
        <w:rPr>
          <w:rFonts w:ascii="Times New Roman" w:hAnsi="Times New Roman" w:cs="Times New Roman"/>
        </w:rPr>
      </w:pPr>
    </w:p>
    <w:p w14:paraId="209BD923" w14:textId="03D01E03" w:rsidR="004427F5" w:rsidRPr="00DD3E50" w:rsidRDefault="005E3E90">
      <w:pPr>
        <w:pStyle w:val="Heading2"/>
        <w:rPr>
          <w:rFonts w:ascii="Times New Roman" w:hAnsi="Times New Roman" w:cs="Times New Roman"/>
          <w:color w:val="auto"/>
        </w:rPr>
      </w:pPr>
      <w:r w:rsidRPr="00DD3E50">
        <w:rPr>
          <w:rFonts w:ascii="Times New Roman" w:hAnsi="Times New Roman" w:cs="Times New Roman"/>
          <w:color w:val="auto"/>
        </w:rPr>
        <w:t xml:space="preserve">Section </w:t>
      </w:r>
      <w:r w:rsidR="00492D12" w:rsidRPr="00DD3E50">
        <w:rPr>
          <w:rFonts w:ascii="Times New Roman" w:hAnsi="Times New Roman" w:cs="Times New Roman"/>
          <w:color w:val="auto"/>
        </w:rPr>
        <w:t>3</w:t>
      </w:r>
      <w:r w:rsidRPr="00DD3E50">
        <w:rPr>
          <w:rFonts w:ascii="Times New Roman" w:hAnsi="Times New Roman" w:cs="Times New Roman"/>
          <w:color w:val="auto"/>
        </w:rPr>
        <w:t>. Financial Management Procedures</w:t>
      </w:r>
    </w:p>
    <w:p w14:paraId="448E6860" w14:textId="39F12835" w:rsidR="00057D69" w:rsidRDefault="00057D69" w:rsidP="00B67FBD">
      <w:pPr>
        <w:jc w:val="both"/>
        <w:rPr>
          <w:rFonts w:ascii="Times New Roman" w:hAnsi="Times New Roman" w:cs="Times New Roman"/>
        </w:rPr>
      </w:pPr>
      <w:r w:rsidRPr="74F6562A">
        <w:rPr>
          <w:rFonts w:ascii="Times New Roman" w:hAnsi="Times New Roman" w:cs="Times New Roman"/>
        </w:rPr>
        <w:t>3.</w:t>
      </w:r>
      <w:r w:rsidR="005E3E90" w:rsidRPr="74F6562A">
        <w:rPr>
          <w:rFonts w:ascii="Times New Roman" w:hAnsi="Times New Roman" w:cs="Times New Roman"/>
        </w:rPr>
        <w:t xml:space="preserve">1. </w:t>
      </w:r>
      <w:r w:rsidR="00DF309D" w:rsidRPr="74F6562A">
        <w:rPr>
          <w:rFonts w:ascii="Times New Roman" w:hAnsi="Times New Roman" w:cs="Times New Roman"/>
        </w:rPr>
        <w:t>D</w:t>
      </w:r>
      <w:r w:rsidR="3EF3ECBC" w:rsidRPr="74F6562A">
        <w:rPr>
          <w:rFonts w:ascii="Times New Roman" w:hAnsi="Times New Roman" w:cs="Times New Roman"/>
        </w:rPr>
        <w:t>o</w:t>
      </w:r>
      <w:r w:rsidR="00DF309D" w:rsidRPr="74F6562A">
        <w:rPr>
          <w:rFonts w:ascii="Times New Roman" w:hAnsi="Times New Roman" w:cs="Times New Roman"/>
        </w:rPr>
        <w:t>es the organization have robust i</w:t>
      </w:r>
      <w:r w:rsidR="005E3E90" w:rsidRPr="74F6562A">
        <w:rPr>
          <w:rFonts w:ascii="Times New Roman" w:hAnsi="Times New Roman" w:cs="Times New Roman"/>
        </w:rPr>
        <w:t xml:space="preserve">nternal financial regulations/procedures: </w:t>
      </w:r>
      <w:r w:rsidR="005E3E90" w:rsidRPr="74F6562A">
        <w:rPr>
          <w:rFonts w:ascii="Times New Roman" w:hAnsi="Times New Roman" w:cs="Times New Roman"/>
          <w:highlight w:val="yellow"/>
        </w:rPr>
        <w:t>Yes/No</w:t>
      </w:r>
      <w:r w:rsidR="005E3E90" w:rsidRPr="74F6562A">
        <w:rPr>
          <w:rFonts w:ascii="Times New Roman" w:hAnsi="Times New Roman" w:cs="Times New Roman"/>
        </w:rPr>
        <w:t>. If yes, please</w:t>
      </w:r>
      <w:r w:rsidRPr="74F6562A">
        <w:rPr>
          <w:rFonts w:ascii="Times New Roman" w:hAnsi="Times New Roman" w:cs="Times New Roman"/>
        </w:rPr>
        <w:t>:</w:t>
      </w:r>
    </w:p>
    <w:p w14:paraId="2CB561DA" w14:textId="135861BF" w:rsidR="004427F5" w:rsidRPr="0059503B" w:rsidRDefault="00057D69" w:rsidP="004E10D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3.1.1. </w:t>
      </w:r>
      <w:r w:rsidR="00B725DF">
        <w:rPr>
          <w:rFonts w:ascii="Times New Roman" w:hAnsi="Times New Roman" w:cs="Times New Roman"/>
        </w:rPr>
        <w:t xml:space="preserve">briefly </w:t>
      </w:r>
      <w:r w:rsidR="005E3E90" w:rsidRPr="0059503B">
        <w:rPr>
          <w:rFonts w:ascii="Times New Roman" w:hAnsi="Times New Roman" w:cs="Times New Roman"/>
        </w:rPr>
        <w:t xml:space="preserve">describe </w:t>
      </w:r>
      <w:r w:rsidR="00AE5F04">
        <w:rPr>
          <w:rFonts w:ascii="Times New Roman" w:hAnsi="Times New Roman" w:cs="Times New Roman"/>
        </w:rPr>
        <w:t xml:space="preserve">these regulations/procedures </w:t>
      </w:r>
      <w:r w:rsidR="009F6EDD">
        <w:rPr>
          <w:rFonts w:ascii="Times New Roman" w:hAnsi="Times New Roman" w:cs="Times New Roman"/>
        </w:rPr>
        <w:t>(up to ~150 words)</w:t>
      </w:r>
      <w:r w:rsidR="00DF309D">
        <w:rPr>
          <w:rFonts w:ascii="Times New Roman" w:hAnsi="Times New Roman" w:cs="Times New Roman"/>
        </w:rPr>
        <w:t>:</w:t>
      </w:r>
      <w:r w:rsidR="00DF309D" w:rsidRPr="00DF309D">
        <w:rPr>
          <w:rFonts w:ascii="Times New Roman" w:hAnsi="Times New Roman" w:cs="Times New Roman"/>
          <w:highlight w:val="yellow"/>
        </w:rPr>
        <w:t>____________________</w:t>
      </w:r>
    </w:p>
    <w:p w14:paraId="365F21E1" w14:textId="394A75E9" w:rsidR="003C17FA" w:rsidRDefault="003C17FA" w:rsidP="004E10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3.1.2. have these procedures been applied to </w:t>
      </w:r>
      <w:r w:rsidR="00BE5E73">
        <w:rPr>
          <w:rFonts w:ascii="Times New Roman" w:hAnsi="Times New Roman" w:cs="Times New Roman"/>
        </w:rPr>
        <w:t xml:space="preserve">(or event audited under) </w:t>
      </w:r>
      <w:r w:rsidR="007A1ACB">
        <w:rPr>
          <w:rFonts w:ascii="Times New Roman" w:hAnsi="Times New Roman" w:cs="Times New Roman"/>
        </w:rPr>
        <w:t>at least 1</w:t>
      </w:r>
      <w:r>
        <w:rPr>
          <w:rFonts w:ascii="Times New Roman" w:hAnsi="Times New Roman" w:cs="Times New Roman"/>
        </w:rPr>
        <w:t xml:space="preserve"> previous project, funded by EU</w:t>
      </w:r>
      <w:r w:rsidR="007E6D8D">
        <w:rPr>
          <w:rFonts w:ascii="Times New Roman" w:hAnsi="Times New Roman" w:cs="Times New Roman"/>
        </w:rPr>
        <w:t xml:space="preserve">: </w:t>
      </w:r>
      <w:r w:rsidR="007E6D8D" w:rsidRPr="00DF309D">
        <w:rPr>
          <w:rFonts w:ascii="Times New Roman" w:hAnsi="Times New Roman" w:cs="Times New Roman"/>
          <w:highlight w:val="yellow"/>
        </w:rPr>
        <w:t>Yes/No</w:t>
      </w:r>
      <w:r w:rsidR="00BE5E73">
        <w:rPr>
          <w:rFonts w:ascii="Times New Roman" w:hAnsi="Times New Roman" w:cs="Times New Roman"/>
        </w:rPr>
        <w:t xml:space="preserve">. If yes, provide </w:t>
      </w:r>
      <w:r w:rsidR="007A1ACB">
        <w:rPr>
          <w:rFonts w:ascii="Times New Roman" w:hAnsi="Times New Roman" w:cs="Times New Roman"/>
        </w:rPr>
        <w:t xml:space="preserve">at least 1 </w:t>
      </w:r>
      <w:r w:rsidR="00BE5E73">
        <w:rPr>
          <w:rFonts w:ascii="Times New Roman" w:hAnsi="Times New Roman" w:cs="Times New Roman"/>
        </w:rPr>
        <w:t xml:space="preserve">reference </w:t>
      </w:r>
      <w:r w:rsidR="007A1ACB">
        <w:rPr>
          <w:rFonts w:ascii="Times New Roman" w:hAnsi="Times New Roman" w:cs="Times New Roman"/>
        </w:rPr>
        <w:t xml:space="preserve">(project </w:t>
      </w:r>
      <w:r w:rsidR="00B67FBD">
        <w:rPr>
          <w:rFonts w:ascii="Times New Roman" w:hAnsi="Times New Roman" w:cs="Times New Roman"/>
        </w:rPr>
        <w:t xml:space="preserve">or programme name, ref. number, etc.) </w:t>
      </w:r>
      <w:r w:rsidR="00412FD9">
        <w:rPr>
          <w:rFonts w:ascii="Times New Roman" w:hAnsi="Times New Roman" w:cs="Times New Roman"/>
        </w:rPr>
        <w:t xml:space="preserve">to such EU project: </w:t>
      </w:r>
      <w:r w:rsidR="00412FD9" w:rsidRPr="007A1ACB">
        <w:rPr>
          <w:rFonts w:ascii="Times New Roman" w:hAnsi="Times New Roman" w:cs="Times New Roman"/>
          <w:highlight w:val="yellow"/>
        </w:rPr>
        <w:t>_______________</w:t>
      </w:r>
      <w:r w:rsidR="00412FD9" w:rsidRPr="00B67FBD">
        <w:rPr>
          <w:rFonts w:ascii="Times New Roman" w:hAnsi="Times New Roman" w:cs="Times New Roman"/>
          <w:highlight w:val="yellow"/>
        </w:rPr>
        <w:t>_</w:t>
      </w:r>
      <w:r w:rsidR="00B67FBD" w:rsidRPr="00B67FBD">
        <w:rPr>
          <w:rFonts w:ascii="Times New Roman" w:hAnsi="Times New Roman" w:cs="Times New Roman"/>
          <w:highlight w:val="yellow"/>
        </w:rPr>
        <w:t>___</w:t>
      </w:r>
    </w:p>
    <w:p w14:paraId="4AC321FA" w14:textId="54E590BB" w:rsidR="00B725DF" w:rsidRPr="0059503B" w:rsidRDefault="004E10DC" w:rsidP="00B725D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5E3E90" w:rsidRPr="0059503B">
        <w:rPr>
          <w:rFonts w:ascii="Times New Roman" w:hAnsi="Times New Roman" w:cs="Times New Roman"/>
        </w:rPr>
        <w:t xml:space="preserve">2. </w:t>
      </w:r>
      <w:r w:rsidR="00B725DF" w:rsidRPr="0059503B">
        <w:rPr>
          <w:rFonts w:ascii="Times New Roman" w:hAnsi="Times New Roman" w:cs="Times New Roman"/>
        </w:rPr>
        <w:t>describe</w:t>
      </w:r>
      <w:r w:rsidR="00B725DF">
        <w:rPr>
          <w:rFonts w:ascii="Times New Roman" w:hAnsi="Times New Roman" w:cs="Times New Roman"/>
        </w:rPr>
        <w:t xml:space="preserve"> how pro</w:t>
      </w:r>
      <w:r w:rsidR="005E3E90" w:rsidRPr="0059503B">
        <w:rPr>
          <w:rFonts w:ascii="Times New Roman" w:hAnsi="Times New Roman" w:cs="Times New Roman"/>
        </w:rPr>
        <w:t>ject expenditures are monitored and reported</w:t>
      </w:r>
      <w:r w:rsidR="00B725DF">
        <w:rPr>
          <w:rFonts w:ascii="Times New Roman" w:hAnsi="Times New Roman" w:cs="Times New Roman"/>
        </w:rPr>
        <w:t xml:space="preserve"> (up to ~150 words): </w:t>
      </w:r>
      <w:r w:rsidR="00B725DF" w:rsidRPr="00DF309D">
        <w:rPr>
          <w:rFonts w:ascii="Times New Roman" w:hAnsi="Times New Roman" w:cs="Times New Roman"/>
          <w:highlight w:val="yellow"/>
        </w:rPr>
        <w:t>____________________</w:t>
      </w:r>
    </w:p>
    <w:p w14:paraId="1B9884C2" w14:textId="60006642" w:rsidR="004427F5" w:rsidRPr="005E3E90" w:rsidRDefault="005E3E90">
      <w:pPr>
        <w:rPr>
          <w:rFonts w:ascii="Times New Roman" w:hAnsi="Times New Roman" w:cs="Times New Roman"/>
        </w:rPr>
      </w:pPr>
      <w:r w:rsidRPr="0059503B">
        <w:rPr>
          <w:rFonts w:ascii="Times New Roman" w:hAnsi="Times New Roman" w:cs="Times New Roman"/>
        </w:rPr>
        <w:t>3.</w:t>
      </w:r>
      <w:r w:rsidR="004475D5">
        <w:rPr>
          <w:rFonts w:ascii="Times New Roman" w:hAnsi="Times New Roman" w:cs="Times New Roman"/>
        </w:rPr>
        <w:t>3.</w:t>
      </w:r>
      <w:r w:rsidRPr="0059503B">
        <w:rPr>
          <w:rFonts w:ascii="Times New Roman" w:hAnsi="Times New Roman" w:cs="Times New Roman"/>
        </w:rPr>
        <w:t xml:space="preserve"> External </w:t>
      </w:r>
      <w:r w:rsidR="004475D5">
        <w:rPr>
          <w:rFonts w:ascii="Times New Roman" w:hAnsi="Times New Roman" w:cs="Times New Roman"/>
        </w:rPr>
        <w:t xml:space="preserve">annual financial </w:t>
      </w:r>
      <w:r w:rsidRPr="0059503B">
        <w:rPr>
          <w:rFonts w:ascii="Times New Roman" w:hAnsi="Times New Roman" w:cs="Times New Roman"/>
        </w:rPr>
        <w:t xml:space="preserve">audit: Indicate if mandatory for your </w:t>
      </w:r>
      <w:r w:rsidR="004475D5" w:rsidRPr="0059503B">
        <w:rPr>
          <w:rFonts w:ascii="Times New Roman" w:hAnsi="Times New Roman" w:cs="Times New Roman"/>
        </w:rPr>
        <w:t>organization</w:t>
      </w:r>
      <w:r w:rsidR="004475D5">
        <w:rPr>
          <w:rFonts w:ascii="Times New Roman" w:hAnsi="Times New Roman" w:cs="Times New Roman"/>
        </w:rPr>
        <w:t xml:space="preserve">: </w:t>
      </w:r>
      <w:r w:rsidRPr="004475D5">
        <w:rPr>
          <w:rFonts w:ascii="Times New Roman" w:hAnsi="Times New Roman" w:cs="Times New Roman"/>
          <w:highlight w:val="yellow"/>
        </w:rPr>
        <w:t>Yes/No</w:t>
      </w:r>
      <w:r w:rsidRPr="0059503B">
        <w:rPr>
          <w:rFonts w:ascii="Times New Roman" w:hAnsi="Times New Roman" w:cs="Times New Roman"/>
        </w:rPr>
        <w:t xml:space="preserve">. </w:t>
      </w:r>
      <w:r w:rsidRPr="005E3E90">
        <w:rPr>
          <w:rFonts w:ascii="Times New Roman" w:hAnsi="Times New Roman" w:cs="Times New Roman"/>
        </w:rPr>
        <w:t>If yes, attach the latest auditor’s report.</w:t>
      </w:r>
    </w:p>
    <w:p w14:paraId="2041EE47" w14:textId="77777777" w:rsidR="00DF309D" w:rsidRPr="0059503B" w:rsidRDefault="00DF309D">
      <w:pPr>
        <w:rPr>
          <w:rFonts w:ascii="Times New Roman" w:hAnsi="Times New Roman" w:cs="Times New Roman"/>
        </w:rPr>
      </w:pPr>
    </w:p>
    <w:p w14:paraId="4529C9D6" w14:textId="6B2BD08D" w:rsidR="004427F5" w:rsidRPr="00CA7255" w:rsidRDefault="005E3E90">
      <w:pPr>
        <w:pStyle w:val="Heading2"/>
        <w:rPr>
          <w:rFonts w:ascii="Times New Roman" w:hAnsi="Times New Roman" w:cs="Times New Roman"/>
          <w:color w:val="auto"/>
        </w:rPr>
      </w:pPr>
      <w:r w:rsidRPr="00CA7255">
        <w:rPr>
          <w:rFonts w:ascii="Times New Roman" w:hAnsi="Times New Roman" w:cs="Times New Roman"/>
          <w:color w:val="auto"/>
        </w:rPr>
        <w:t xml:space="preserve">Section </w:t>
      </w:r>
      <w:r w:rsidR="00492D12" w:rsidRPr="00CA7255">
        <w:rPr>
          <w:rFonts w:ascii="Times New Roman" w:hAnsi="Times New Roman" w:cs="Times New Roman"/>
          <w:color w:val="auto"/>
        </w:rPr>
        <w:t>4</w:t>
      </w:r>
      <w:r w:rsidRPr="00CA7255">
        <w:rPr>
          <w:rFonts w:ascii="Times New Roman" w:hAnsi="Times New Roman" w:cs="Times New Roman"/>
          <w:color w:val="auto"/>
        </w:rPr>
        <w:t>. Supporting Documents (</w:t>
      </w:r>
      <w:r w:rsidRPr="00C76F60">
        <w:rPr>
          <w:rFonts w:ascii="Times New Roman" w:hAnsi="Times New Roman" w:cs="Times New Roman"/>
          <w:i/>
          <w:iCs/>
          <w:color w:val="auto"/>
        </w:rPr>
        <w:t>to be attached</w:t>
      </w:r>
      <w:r w:rsidRPr="00CA7255">
        <w:rPr>
          <w:rFonts w:ascii="Times New Roman" w:hAnsi="Times New Roman" w:cs="Times New Roman"/>
          <w:color w:val="auto"/>
        </w:rPr>
        <w:t>)</w:t>
      </w:r>
    </w:p>
    <w:p w14:paraId="6A3EB474" w14:textId="625D2C9B" w:rsidR="00007869" w:rsidRDefault="005E3E90" w:rsidP="00C76F60">
      <w:pPr>
        <w:spacing w:after="0"/>
        <w:rPr>
          <w:rFonts w:ascii="Times New Roman" w:hAnsi="Times New Roman" w:cs="Times New Roman"/>
        </w:rPr>
      </w:pPr>
      <w:r w:rsidRPr="0059503B">
        <w:rPr>
          <w:rFonts w:ascii="Times New Roman" w:hAnsi="Times New Roman" w:cs="Times New Roman"/>
        </w:rPr>
        <w:t xml:space="preserve">- </w:t>
      </w:r>
      <w:r w:rsidR="00140B9F">
        <w:rPr>
          <w:rFonts w:ascii="Times New Roman" w:hAnsi="Times New Roman" w:cs="Times New Roman"/>
        </w:rPr>
        <w:t>Copy of c</w:t>
      </w:r>
      <w:r w:rsidRPr="0059503B">
        <w:rPr>
          <w:rFonts w:ascii="Times New Roman" w:hAnsi="Times New Roman" w:cs="Times New Roman"/>
        </w:rPr>
        <w:t>ertificate of registration / incorporation</w:t>
      </w:r>
      <w:r w:rsidR="00140B9F">
        <w:rPr>
          <w:rFonts w:ascii="Times New Roman" w:hAnsi="Times New Roman" w:cs="Times New Roman"/>
        </w:rPr>
        <w:t xml:space="preserve"> or similar document</w:t>
      </w:r>
      <w:r w:rsidR="00D2764D">
        <w:rPr>
          <w:rFonts w:ascii="Times New Roman" w:hAnsi="Times New Roman" w:cs="Times New Roman"/>
        </w:rPr>
        <w:t>, preferably from national registry of legal entities</w:t>
      </w:r>
    </w:p>
    <w:p w14:paraId="453C6246" w14:textId="34EDD829" w:rsidR="004427F5" w:rsidRDefault="00007869" w:rsidP="00C76F6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D2764D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roof that organization has no </w:t>
      </w:r>
      <w:r w:rsidR="00397126">
        <w:rPr>
          <w:rFonts w:ascii="Times New Roman" w:hAnsi="Times New Roman" w:cs="Times New Roman"/>
        </w:rPr>
        <w:t xml:space="preserve">unpaid long-term </w:t>
      </w:r>
      <w:r>
        <w:rPr>
          <w:rFonts w:ascii="Times New Roman" w:hAnsi="Times New Roman" w:cs="Times New Roman"/>
        </w:rPr>
        <w:t xml:space="preserve">tax liabilities </w:t>
      </w:r>
      <w:r w:rsidR="00C76F60">
        <w:rPr>
          <w:rFonts w:ascii="Times New Roman" w:hAnsi="Times New Roman" w:cs="Times New Roman"/>
        </w:rPr>
        <w:t xml:space="preserve">or major outstanding depts </w:t>
      </w:r>
      <w:r w:rsidR="005E3E90">
        <w:br/>
      </w:r>
      <w:r w:rsidR="005E3E90" w:rsidRPr="0059503B">
        <w:rPr>
          <w:rFonts w:ascii="Times New Roman" w:hAnsi="Times New Roman" w:cs="Times New Roman"/>
        </w:rPr>
        <w:t>- Latest audited financial statements (if applicable</w:t>
      </w:r>
      <w:r w:rsidR="00C112F2">
        <w:rPr>
          <w:rFonts w:ascii="Times New Roman" w:hAnsi="Times New Roman" w:cs="Times New Roman"/>
        </w:rPr>
        <w:t>, see part 3.3</w:t>
      </w:r>
      <w:r w:rsidR="005E3E90" w:rsidRPr="0059503B">
        <w:rPr>
          <w:rFonts w:ascii="Times New Roman" w:hAnsi="Times New Roman" w:cs="Times New Roman"/>
        </w:rPr>
        <w:t>)</w:t>
      </w:r>
      <w:r w:rsidR="005E3E90">
        <w:br/>
      </w:r>
      <w:r w:rsidR="005E3E90" w:rsidRPr="0059503B">
        <w:rPr>
          <w:rFonts w:ascii="Times New Roman" w:hAnsi="Times New Roman" w:cs="Times New Roman"/>
        </w:rPr>
        <w:t xml:space="preserve">- </w:t>
      </w:r>
      <w:r w:rsidR="00C112F2" w:rsidRPr="0059503B">
        <w:rPr>
          <w:rFonts w:ascii="Times New Roman" w:hAnsi="Times New Roman" w:cs="Times New Roman"/>
        </w:rPr>
        <w:t>Organizational</w:t>
      </w:r>
      <w:r w:rsidR="005E3E90" w:rsidRPr="0059503B">
        <w:rPr>
          <w:rFonts w:ascii="Times New Roman" w:hAnsi="Times New Roman" w:cs="Times New Roman"/>
        </w:rPr>
        <w:t xml:space="preserve"> chart (roles relevant for financial and project management)</w:t>
      </w:r>
    </w:p>
    <w:p w14:paraId="37851C3B" w14:textId="05218B55" w:rsidR="30A97886" w:rsidRDefault="7502FB60" w:rsidP="30A97886">
      <w:pPr>
        <w:spacing w:after="0"/>
        <w:rPr>
          <w:rFonts w:ascii="Times New Roman" w:hAnsi="Times New Roman" w:cs="Times New Roman"/>
        </w:rPr>
      </w:pPr>
      <w:r w:rsidRPr="0020CBDE">
        <w:rPr>
          <w:rFonts w:ascii="Times New Roman" w:hAnsi="Times New Roman" w:cs="Times New Roman"/>
        </w:rPr>
        <w:t xml:space="preserve">- </w:t>
      </w:r>
      <w:r w:rsidRPr="4D48612F">
        <w:rPr>
          <w:rFonts w:ascii="Times New Roman" w:hAnsi="Times New Roman" w:cs="Times New Roman"/>
        </w:rPr>
        <w:t>Copy</w:t>
      </w:r>
      <w:r w:rsidRPr="110F481B">
        <w:rPr>
          <w:rFonts w:ascii="Times New Roman" w:hAnsi="Times New Roman" w:cs="Times New Roman"/>
        </w:rPr>
        <w:t xml:space="preserve"> of the profit and loss account and the balance sheet for up to the three last financial years for which the accounts were closed</w:t>
      </w:r>
    </w:p>
    <w:p w14:paraId="10D78909" w14:textId="77777777" w:rsidR="00C112F2" w:rsidRDefault="00C112F2" w:rsidP="00C76F60">
      <w:pPr>
        <w:spacing w:after="0"/>
        <w:rPr>
          <w:rFonts w:ascii="Times New Roman" w:hAnsi="Times New Roman" w:cs="Times New Roman"/>
        </w:rPr>
      </w:pPr>
    </w:p>
    <w:p w14:paraId="147CC8CC" w14:textId="1AE74E08" w:rsidR="00C112F2" w:rsidRDefault="00C112F2" w:rsidP="00E57E8C">
      <w:pPr>
        <w:spacing w:after="0"/>
        <w:jc w:val="both"/>
        <w:rPr>
          <w:rFonts w:ascii="Times New Roman" w:hAnsi="Times New Roman" w:cs="Times New Roman"/>
        </w:rPr>
      </w:pPr>
      <w:r w:rsidRPr="47ED8BCD">
        <w:rPr>
          <w:rFonts w:ascii="Times New Roman" w:hAnsi="Times New Roman" w:cs="Times New Roman"/>
        </w:rPr>
        <w:t xml:space="preserve">If any such documents are not available, please </w:t>
      </w:r>
      <w:r w:rsidR="00A83E2F" w:rsidRPr="47ED8BCD">
        <w:rPr>
          <w:rFonts w:ascii="Times New Roman" w:hAnsi="Times New Roman" w:cs="Times New Roman"/>
        </w:rPr>
        <w:t>describe the reasons</w:t>
      </w:r>
      <w:r w:rsidR="00CA2A92" w:rsidRPr="47ED8BCD">
        <w:rPr>
          <w:rFonts w:ascii="Times New Roman" w:hAnsi="Times New Roman" w:cs="Times New Roman"/>
        </w:rPr>
        <w:t xml:space="preserve">: </w:t>
      </w:r>
      <w:r w:rsidR="00CA2A92" w:rsidRPr="47ED8BCD">
        <w:rPr>
          <w:rFonts w:ascii="Times New Roman" w:hAnsi="Times New Roman" w:cs="Times New Roman"/>
          <w:highlight w:val="yellow"/>
        </w:rPr>
        <w:t>_______________</w:t>
      </w:r>
      <w:r w:rsidR="00C20AEF" w:rsidRPr="47ED8BCD">
        <w:rPr>
          <w:rFonts w:ascii="Times New Roman" w:hAnsi="Times New Roman" w:cs="Times New Roman"/>
        </w:rPr>
        <w:t>. If possible, provide alternatives</w:t>
      </w:r>
      <w:r w:rsidR="00E57E8C" w:rsidRPr="47ED8BCD">
        <w:rPr>
          <w:rFonts w:ascii="Times New Roman" w:hAnsi="Times New Roman" w:cs="Times New Roman"/>
        </w:rPr>
        <w:t xml:space="preserve">, which would match </w:t>
      </w:r>
      <w:r w:rsidR="6D89956A" w:rsidRPr="47ED8BCD">
        <w:rPr>
          <w:rFonts w:ascii="Times New Roman" w:hAnsi="Times New Roman" w:cs="Times New Roman"/>
        </w:rPr>
        <w:t>the content</w:t>
      </w:r>
      <w:r w:rsidR="00E57E8C" w:rsidRPr="47ED8BCD">
        <w:rPr>
          <w:rFonts w:ascii="Times New Roman" w:hAnsi="Times New Roman" w:cs="Times New Roman"/>
        </w:rPr>
        <w:t xml:space="preserve"> as closely as possible. </w:t>
      </w:r>
    </w:p>
    <w:p w14:paraId="011D0662" w14:textId="77777777" w:rsidR="00DF309D" w:rsidRPr="0059503B" w:rsidRDefault="00DF309D">
      <w:pPr>
        <w:rPr>
          <w:rFonts w:ascii="Times New Roman" w:hAnsi="Times New Roman" w:cs="Times New Roman"/>
        </w:rPr>
      </w:pPr>
    </w:p>
    <w:p w14:paraId="3892E86E" w14:textId="77777777" w:rsidR="004427F5" w:rsidRPr="00E57E8C" w:rsidRDefault="005E3E90">
      <w:pPr>
        <w:pStyle w:val="Heading2"/>
        <w:rPr>
          <w:rFonts w:ascii="Times New Roman" w:hAnsi="Times New Roman" w:cs="Times New Roman"/>
          <w:color w:val="auto"/>
        </w:rPr>
      </w:pPr>
      <w:r w:rsidRPr="00E57E8C">
        <w:rPr>
          <w:rFonts w:ascii="Times New Roman" w:hAnsi="Times New Roman" w:cs="Times New Roman"/>
          <w:color w:val="auto"/>
        </w:rPr>
        <w:t>Declaration</w:t>
      </w:r>
    </w:p>
    <w:p w14:paraId="76EB84FF" w14:textId="77777777" w:rsidR="004427F5" w:rsidRPr="0059503B" w:rsidRDefault="005E3E90">
      <w:pPr>
        <w:rPr>
          <w:rFonts w:ascii="Times New Roman" w:hAnsi="Times New Roman" w:cs="Times New Roman"/>
        </w:rPr>
      </w:pPr>
      <w:r w:rsidRPr="0059503B">
        <w:rPr>
          <w:rFonts w:ascii="Times New Roman" w:hAnsi="Times New Roman" w:cs="Times New Roman"/>
        </w:rPr>
        <w:t>I, the undersigned, hereby declare that the information provided in this questionnaire is true, complete, and accurate to the best of my knowledge.</w:t>
      </w:r>
      <w:r w:rsidRPr="0059503B">
        <w:rPr>
          <w:rFonts w:ascii="Times New Roman" w:hAnsi="Times New Roman" w:cs="Times New Roman"/>
        </w:rPr>
        <w:br/>
      </w:r>
      <w:r w:rsidRPr="0059503B">
        <w:rPr>
          <w:rFonts w:ascii="Times New Roman" w:hAnsi="Times New Roman" w:cs="Times New Roman"/>
        </w:rPr>
        <w:br/>
        <w:t xml:space="preserve">Name, position: </w:t>
      </w:r>
      <w:r w:rsidRPr="00E57E8C">
        <w:rPr>
          <w:rFonts w:ascii="Times New Roman" w:hAnsi="Times New Roman" w:cs="Times New Roman"/>
          <w:highlight w:val="yellow"/>
        </w:rPr>
        <w:t>_________________________</w:t>
      </w:r>
      <w:r w:rsidRPr="0059503B">
        <w:rPr>
          <w:rFonts w:ascii="Times New Roman" w:hAnsi="Times New Roman" w:cs="Times New Roman"/>
        </w:rPr>
        <w:br/>
      </w:r>
      <w:r w:rsidRPr="0059503B">
        <w:rPr>
          <w:rFonts w:ascii="Times New Roman" w:hAnsi="Times New Roman" w:cs="Times New Roman"/>
        </w:rPr>
        <w:lastRenderedPageBreak/>
        <w:t xml:space="preserve">Signature: </w:t>
      </w:r>
      <w:r w:rsidRPr="00E57E8C">
        <w:rPr>
          <w:rFonts w:ascii="Times New Roman" w:hAnsi="Times New Roman" w:cs="Times New Roman"/>
          <w:highlight w:val="yellow"/>
        </w:rPr>
        <w:t>_________________________</w:t>
      </w:r>
      <w:r w:rsidRPr="0059503B">
        <w:rPr>
          <w:rFonts w:ascii="Times New Roman" w:hAnsi="Times New Roman" w:cs="Times New Roman"/>
        </w:rPr>
        <w:br/>
        <w:t xml:space="preserve">Date: </w:t>
      </w:r>
      <w:r w:rsidRPr="00E57E8C">
        <w:rPr>
          <w:rFonts w:ascii="Times New Roman" w:hAnsi="Times New Roman" w:cs="Times New Roman"/>
          <w:highlight w:val="yellow"/>
        </w:rPr>
        <w:t>_________________________</w:t>
      </w:r>
    </w:p>
    <w:sectPr w:rsidR="004427F5" w:rsidRPr="0059503B" w:rsidSect="007B1692">
      <w:headerReference w:type="default" r:id="rId10"/>
      <w:footerReference w:type="default" r:id="rId11"/>
      <w:pgSz w:w="12240" w:h="15840"/>
      <w:pgMar w:top="1440" w:right="1800" w:bottom="1440" w:left="1800" w:header="284" w:footer="17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AAC8C" w14:textId="77777777" w:rsidR="00DB1704" w:rsidRDefault="00DB1704" w:rsidP="00DB1704">
      <w:pPr>
        <w:spacing w:after="0" w:line="240" w:lineRule="auto"/>
      </w:pPr>
      <w:r>
        <w:separator/>
      </w:r>
    </w:p>
  </w:endnote>
  <w:endnote w:type="continuationSeparator" w:id="0">
    <w:p w14:paraId="5EDB436D" w14:textId="77777777" w:rsidR="00DB1704" w:rsidRDefault="00DB1704" w:rsidP="00DB1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C8672" w14:textId="3ED50E2F" w:rsidR="00DB1704" w:rsidRDefault="00DB1704" w:rsidP="00DB1704">
    <w:pPr>
      <w:pStyle w:val="Footer"/>
      <w:ind w:left="-127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09DAB" w14:textId="77777777" w:rsidR="00DB1704" w:rsidRDefault="00DB1704" w:rsidP="00DB1704">
      <w:pPr>
        <w:spacing w:after="0" w:line="240" w:lineRule="auto"/>
      </w:pPr>
      <w:r>
        <w:separator/>
      </w:r>
    </w:p>
  </w:footnote>
  <w:footnote w:type="continuationSeparator" w:id="0">
    <w:p w14:paraId="14672205" w14:textId="77777777" w:rsidR="00DB1704" w:rsidRDefault="00DB1704" w:rsidP="00DB17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CA571" w14:textId="4A8C7C7C" w:rsidR="00DB1704" w:rsidRDefault="00DB1704" w:rsidP="007B1692">
    <w:pPr>
      <w:pStyle w:val="Header"/>
      <w:ind w:left="-993"/>
    </w:pPr>
    <w:r w:rsidRPr="001848EB">
      <w:rPr>
        <w:noProof/>
      </w:rPr>
      <w:drawing>
        <wp:inline distT="0" distB="0" distL="0" distR="0" wp14:anchorId="0A9086A7" wp14:editId="658A73D5">
          <wp:extent cx="1629434" cy="781050"/>
          <wp:effectExtent l="0" t="0" r="8890" b="0"/>
          <wp:docPr id="333064333" name="Picture 1" descr="A blue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103121" name="Picture 1" descr="A blue and white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71289" cy="8011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7D109D8"/>
    <w:multiLevelType w:val="hybridMultilevel"/>
    <w:tmpl w:val="291C686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075530">
    <w:abstractNumId w:val="2"/>
  </w:num>
  <w:num w:numId="2" w16cid:durableId="1071931506">
    <w:abstractNumId w:val="5"/>
  </w:num>
  <w:num w:numId="3" w16cid:durableId="1123114517">
    <w:abstractNumId w:val="8"/>
  </w:num>
  <w:num w:numId="4" w16cid:durableId="1159148343">
    <w:abstractNumId w:val="4"/>
  </w:num>
  <w:num w:numId="5" w16cid:durableId="2085375675">
    <w:abstractNumId w:val="1"/>
  </w:num>
  <w:num w:numId="6" w16cid:durableId="218828673">
    <w:abstractNumId w:val="6"/>
  </w:num>
  <w:num w:numId="7" w16cid:durableId="238753853">
    <w:abstractNumId w:val="9"/>
  </w:num>
  <w:num w:numId="8" w16cid:durableId="31000572">
    <w:abstractNumId w:val="3"/>
  </w:num>
  <w:num w:numId="9" w16cid:durableId="313527073">
    <w:abstractNumId w:val="0"/>
  </w:num>
  <w:num w:numId="10" w16cid:durableId="4147872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F34"/>
    <w:rsid w:val="00007869"/>
    <w:rsid w:val="00034616"/>
    <w:rsid w:val="00057D69"/>
    <w:rsid w:val="0006063C"/>
    <w:rsid w:val="0007125D"/>
    <w:rsid w:val="000826F6"/>
    <w:rsid w:val="001023E8"/>
    <w:rsid w:val="00136365"/>
    <w:rsid w:val="00140B9F"/>
    <w:rsid w:val="0015074B"/>
    <w:rsid w:val="001C3B7F"/>
    <w:rsid w:val="0020CBDE"/>
    <w:rsid w:val="0029639D"/>
    <w:rsid w:val="002F3EAE"/>
    <w:rsid w:val="002F6266"/>
    <w:rsid w:val="00326F90"/>
    <w:rsid w:val="00331138"/>
    <w:rsid w:val="00397126"/>
    <w:rsid w:val="003B33A4"/>
    <w:rsid w:val="003C17FA"/>
    <w:rsid w:val="003F4269"/>
    <w:rsid w:val="00401D4C"/>
    <w:rsid w:val="00412FD9"/>
    <w:rsid w:val="00441347"/>
    <w:rsid w:val="004427F5"/>
    <w:rsid w:val="004475D5"/>
    <w:rsid w:val="00461D55"/>
    <w:rsid w:val="00492D12"/>
    <w:rsid w:val="004A33FD"/>
    <w:rsid w:val="004E10DC"/>
    <w:rsid w:val="004F1B48"/>
    <w:rsid w:val="00506C52"/>
    <w:rsid w:val="00516D67"/>
    <w:rsid w:val="00526A68"/>
    <w:rsid w:val="0059503B"/>
    <w:rsid w:val="005E1AAB"/>
    <w:rsid w:val="005E3E90"/>
    <w:rsid w:val="006343D7"/>
    <w:rsid w:val="0067292D"/>
    <w:rsid w:val="006A1D1C"/>
    <w:rsid w:val="00752C78"/>
    <w:rsid w:val="007560D3"/>
    <w:rsid w:val="007A1ACB"/>
    <w:rsid w:val="007A6280"/>
    <w:rsid w:val="007B1692"/>
    <w:rsid w:val="007D7EDB"/>
    <w:rsid w:val="007E6D8D"/>
    <w:rsid w:val="007E7D2A"/>
    <w:rsid w:val="008019AD"/>
    <w:rsid w:val="008271AE"/>
    <w:rsid w:val="00887CCC"/>
    <w:rsid w:val="008A0645"/>
    <w:rsid w:val="008F2259"/>
    <w:rsid w:val="00915543"/>
    <w:rsid w:val="00921A79"/>
    <w:rsid w:val="00924AA0"/>
    <w:rsid w:val="0096224C"/>
    <w:rsid w:val="009F6EDD"/>
    <w:rsid w:val="00A428D5"/>
    <w:rsid w:val="00A83E2F"/>
    <w:rsid w:val="00A931EF"/>
    <w:rsid w:val="00AA1D8D"/>
    <w:rsid w:val="00AE5F04"/>
    <w:rsid w:val="00B47730"/>
    <w:rsid w:val="00B62236"/>
    <w:rsid w:val="00B62FD8"/>
    <w:rsid w:val="00B67FBD"/>
    <w:rsid w:val="00B725DF"/>
    <w:rsid w:val="00B74147"/>
    <w:rsid w:val="00BE5E73"/>
    <w:rsid w:val="00C105CA"/>
    <w:rsid w:val="00C112F2"/>
    <w:rsid w:val="00C20AEF"/>
    <w:rsid w:val="00C2502B"/>
    <w:rsid w:val="00C616A3"/>
    <w:rsid w:val="00C76F60"/>
    <w:rsid w:val="00C96E30"/>
    <w:rsid w:val="00CA2A92"/>
    <w:rsid w:val="00CA7255"/>
    <w:rsid w:val="00CB0664"/>
    <w:rsid w:val="00D2764D"/>
    <w:rsid w:val="00DB1704"/>
    <w:rsid w:val="00DD3E50"/>
    <w:rsid w:val="00DE4FD5"/>
    <w:rsid w:val="00DF309D"/>
    <w:rsid w:val="00E20E18"/>
    <w:rsid w:val="00E57E8C"/>
    <w:rsid w:val="00F10631"/>
    <w:rsid w:val="00F12939"/>
    <w:rsid w:val="00F27410"/>
    <w:rsid w:val="00FC693F"/>
    <w:rsid w:val="07AD3532"/>
    <w:rsid w:val="110F481B"/>
    <w:rsid w:val="114AF422"/>
    <w:rsid w:val="30A97886"/>
    <w:rsid w:val="33749004"/>
    <w:rsid w:val="3B4F51A1"/>
    <w:rsid w:val="3EF3ECBC"/>
    <w:rsid w:val="4341868A"/>
    <w:rsid w:val="47ED8BCD"/>
    <w:rsid w:val="4D48612F"/>
    <w:rsid w:val="4F09EA69"/>
    <w:rsid w:val="587E48CD"/>
    <w:rsid w:val="6ABB071B"/>
    <w:rsid w:val="6D89956A"/>
    <w:rsid w:val="74F6562A"/>
    <w:rsid w:val="7502F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4062061"/>
  <w14:defaultImageDpi w14:val="300"/>
  <w15:docId w15:val="{8032B240-F16A-4110-8318-1AF5E3A26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8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1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true</DmsDocPrepDocSendReg>
    <DmsDocPrepListOrderNo xmlns="4b2e9d09-07c5-42d4-ad0a-92e216c40b99">2</DmsDocPrepListOrderNo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68C476-57B2-429C-83C8-3A956E048A36}">
  <ds:schemaRefs>
    <ds:schemaRef ds:uri="http://purl.org/dc/dcmitype/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4b2e9d09-07c5-42d4-ad0a-92e216c40b99"/>
    <ds:schemaRef ds:uri="http://purl.org/dc/terms/"/>
    <ds:schemaRef ds:uri="http://schemas.microsoft.com/office/2006/metadata/properties"/>
    <ds:schemaRef ds:uri="http://schemas.openxmlformats.org/package/2006/metadata/core-properties"/>
    <ds:schemaRef ds:uri="a843bbba-5665-4b5f-aacc-cdcb1c804839"/>
    <ds:schemaRef ds:uri="028236e2-f653-4d19-ab67-4d06a9145e0c"/>
    <ds:schemaRef ds:uri="f5ebda27-b626-448f-a7d1-d1cf5ad133fa"/>
  </ds:schemaRefs>
</ds:datastoreItem>
</file>

<file path=customXml/itemProps2.xml><?xml version="1.0" encoding="utf-8"?>
<ds:datastoreItem xmlns:ds="http://schemas.openxmlformats.org/officeDocument/2006/customXml" ds:itemID="{8573CBC2-D4D8-4DAE-9FB5-30428C581B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C9A1D1-0997-49C7-92C1-CBD659AF5B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2140</Words>
  <Characters>1221</Characters>
  <Application>Microsoft Office Word</Application>
  <DocSecurity>0</DocSecurity>
  <Lines>10</Lines>
  <Paragraphs>6</Paragraphs>
  <ScaleCrop>false</ScaleCrop>
  <Manager/>
  <Company/>
  <LinksUpToDate>false</LinksUpToDate>
  <CharactersWithSpaces>3355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E_Financial_Capacity_Questionnaire</dc:title>
  <dc:subject/>
  <dc:creator>python-docx</dc:creator>
  <cp:keywords/>
  <dc:description>generated by python-docx</dc:description>
  <cp:lastModifiedBy>Eimantė Vaitekūnaitė</cp:lastModifiedBy>
  <cp:revision>68</cp:revision>
  <dcterms:created xsi:type="dcterms:W3CDTF">2013-12-23T23:15:00Z</dcterms:created>
  <dcterms:modified xsi:type="dcterms:W3CDTF">2025-10-15T13:44:00Z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sPermissionsFlags">
    <vt:lpwstr>,SECTRUE,</vt:lpwstr>
  </property>
  <property fmtid="{D5CDD505-2E9C-101B-9397-08002B2CF9AE}" pid="3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4" name="TaxCatchAll">
    <vt:lpwstr/>
  </property>
  <property fmtid="{D5CDD505-2E9C-101B-9397-08002B2CF9AE}" pid="5" name="ContentTypeId">
    <vt:lpwstr>0x010100D76F90AF19434866994CD715ED8FEE4200712820E1B0DE314FBCE77D75ADAD206D</vt:lpwstr>
  </property>
  <property fmtid="{D5CDD505-2E9C-101B-9397-08002B2CF9AE}" pid="6" name="DmsPermissionsUsers">
    <vt:lpwstr>1042;#Eimantė Vaitekūnaitė;#1382;#Domantas Čepas;#1099;#Jonė Šarkuvienė;#641;#Austėja Vilkelytė;#1576;#Inga Griškevičienė;#722;#Rūta Grigaliūnienė;#234;#Rasa Suraučienė</vt:lpwstr>
  </property>
  <property fmtid="{D5CDD505-2E9C-101B-9397-08002B2CF9AE}" pid="7" name="DmsCommChanPerm">
    <vt:lpwstr/>
  </property>
  <property fmtid="{D5CDD505-2E9C-101B-9397-08002B2CF9AE}" pid="8" name="DmsPermissionsConfid">
    <vt:bool>false</vt:bool>
  </property>
  <property fmtid="{D5CDD505-2E9C-101B-9397-08002B2CF9AE}" pid="9" name="DmsDocPrepDocSendRegReal">
    <vt:bool>false</vt:bool>
  </property>
  <property fmtid="{D5CDD505-2E9C-101B-9397-08002B2CF9AE}" pid="10" name="DmsWaitingForSign">
    <vt:bool>false</vt:bool>
  </property>
</Properties>
</file>