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6A488" w14:textId="22780A41" w:rsidR="00873069" w:rsidRDefault="003234AD">
      <w:pPr>
        <w:jc w:val="right"/>
      </w:pPr>
      <w:r>
        <w:rPr>
          <w:sz w:val="17"/>
        </w:rPr>
        <w:t xml:space="preserve">Lietuvos ir Ukrainos savivaldybių partnerysčių kvietimo </w:t>
      </w:r>
      <w:r w:rsidR="002354A3">
        <w:rPr>
          <w:sz w:val="17"/>
        </w:rPr>
        <w:t>5</w:t>
      </w:r>
      <w:r w:rsidR="007E3835">
        <w:rPr>
          <w:sz w:val="17"/>
        </w:rPr>
        <w:t xml:space="preserve"> priedas</w:t>
      </w:r>
    </w:p>
    <w:p w14:paraId="2B42B792" w14:textId="77777777" w:rsidR="00873069" w:rsidRDefault="007E3835">
      <w:pPr>
        <w:spacing w:after="40"/>
        <w:jc w:val="center"/>
      </w:pPr>
      <w:r>
        <w:rPr>
          <w:noProof/>
        </w:rPr>
        <w:drawing>
          <wp:inline distT="0" distB="0" distL="0" distR="0" wp14:anchorId="46EAD7CB" wp14:editId="3A65514D">
            <wp:extent cx="972000" cy="354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p_logo.png"/>
                    <pic:cNvPicPr/>
                  </pic:nvPicPr>
                  <pic:blipFill>
                    <a:blip r:embed="rId6"/>
                    <a:stretch>
                      <a:fillRect/>
                    </a:stretch>
                  </pic:blipFill>
                  <pic:spPr>
                    <a:xfrm>
                      <a:off x="0" y="0"/>
                      <a:ext cx="972000" cy="354927"/>
                    </a:xfrm>
                    <a:prstGeom prst="rect">
                      <a:avLst/>
                    </a:prstGeom>
                  </pic:spPr>
                </pic:pic>
              </a:graphicData>
            </a:graphic>
          </wp:inline>
        </w:drawing>
      </w:r>
    </w:p>
    <w:p w14:paraId="39891E6D" w14:textId="77777777" w:rsidR="00873069" w:rsidRDefault="007E3835">
      <w:pPr>
        <w:spacing w:after="20"/>
        <w:jc w:val="center"/>
      </w:pPr>
      <w:r>
        <w:rPr>
          <w:b/>
          <w:sz w:val="20"/>
        </w:rPr>
        <w:t>LIETUVOS IR UKRAINOS SAVIVALDYBIŲ PARTNERYSTĖS</w:t>
      </w:r>
    </w:p>
    <w:p w14:paraId="5C611E64" w14:textId="77777777" w:rsidR="00873069" w:rsidRDefault="007E3835">
      <w:pPr>
        <w:spacing w:after="80"/>
        <w:jc w:val="center"/>
      </w:pPr>
      <w:r>
        <w:rPr>
          <w:b/>
          <w:sz w:val="24"/>
        </w:rPr>
        <w:t>I ETAPAS – PRELIMINARIOSIOS ADMINISTRACINĖS ATITIKTIES VERTINIMAS</w:t>
      </w:r>
    </w:p>
    <w:tbl>
      <w:tblPr>
        <w:tblW w:w="15649" w:type="dxa"/>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ayout w:type="fixed"/>
        <w:tblLook w:val="04A0" w:firstRow="1" w:lastRow="0" w:firstColumn="1" w:lastColumn="0" w:noHBand="0" w:noVBand="1"/>
      </w:tblPr>
      <w:tblGrid>
        <w:gridCol w:w="3061"/>
        <w:gridCol w:w="12588"/>
      </w:tblGrid>
      <w:tr w:rsidR="00873069" w14:paraId="6964CBF6" w14:textId="77777777">
        <w:trPr>
          <w:jc w:val="center"/>
        </w:trPr>
        <w:tc>
          <w:tcPr>
            <w:tcW w:w="3061" w:type="dxa"/>
            <w:shd w:val="clear" w:color="auto" w:fill="D9D9D9"/>
            <w:tcMar>
              <w:top w:w="70" w:type="dxa"/>
              <w:left w:w="80" w:type="dxa"/>
              <w:bottom w:w="70" w:type="dxa"/>
              <w:right w:w="80" w:type="dxa"/>
            </w:tcMar>
            <w:vAlign w:val="center"/>
          </w:tcPr>
          <w:p w14:paraId="14D7BBF2" w14:textId="77777777" w:rsidR="00873069" w:rsidRDefault="007E3835">
            <w:pPr>
              <w:spacing w:line="240" w:lineRule="auto"/>
            </w:pPr>
            <w:r>
              <w:rPr>
                <w:b/>
                <w:sz w:val="16"/>
              </w:rPr>
              <w:t>Pareiškėjas</w:t>
            </w:r>
          </w:p>
        </w:tc>
        <w:tc>
          <w:tcPr>
            <w:tcW w:w="12587" w:type="dxa"/>
            <w:tcMar>
              <w:top w:w="70" w:type="dxa"/>
              <w:left w:w="80" w:type="dxa"/>
              <w:bottom w:w="70" w:type="dxa"/>
              <w:right w:w="80" w:type="dxa"/>
            </w:tcMar>
            <w:vAlign w:val="center"/>
          </w:tcPr>
          <w:p w14:paraId="3351EFAF" w14:textId="77777777" w:rsidR="00873069" w:rsidRDefault="00873069">
            <w:pPr>
              <w:spacing w:line="240" w:lineRule="auto"/>
            </w:pPr>
          </w:p>
        </w:tc>
      </w:tr>
      <w:tr w:rsidR="00873069" w14:paraId="0E4BF419" w14:textId="77777777">
        <w:trPr>
          <w:jc w:val="center"/>
        </w:trPr>
        <w:tc>
          <w:tcPr>
            <w:tcW w:w="3061" w:type="dxa"/>
            <w:shd w:val="clear" w:color="auto" w:fill="D9D9D9"/>
            <w:tcMar>
              <w:top w:w="70" w:type="dxa"/>
              <w:left w:w="80" w:type="dxa"/>
              <w:bottom w:w="70" w:type="dxa"/>
              <w:right w:w="80" w:type="dxa"/>
            </w:tcMar>
            <w:vAlign w:val="center"/>
          </w:tcPr>
          <w:p w14:paraId="5AF18FD5" w14:textId="77777777" w:rsidR="00873069" w:rsidRDefault="007E3835">
            <w:pPr>
              <w:spacing w:line="240" w:lineRule="auto"/>
            </w:pPr>
            <w:r>
              <w:rPr>
                <w:b/>
                <w:sz w:val="16"/>
              </w:rPr>
              <w:t>Projekto pavadinimas</w:t>
            </w:r>
          </w:p>
        </w:tc>
        <w:tc>
          <w:tcPr>
            <w:tcW w:w="12587" w:type="dxa"/>
            <w:tcMar>
              <w:top w:w="70" w:type="dxa"/>
              <w:left w:w="80" w:type="dxa"/>
              <w:bottom w:w="70" w:type="dxa"/>
              <w:right w:w="80" w:type="dxa"/>
            </w:tcMar>
            <w:vAlign w:val="center"/>
          </w:tcPr>
          <w:p w14:paraId="0027B4B3" w14:textId="77777777" w:rsidR="00873069" w:rsidRDefault="00873069">
            <w:pPr>
              <w:spacing w:line="240" w:lineRule="auto"/>
            </w:pPr>
          </w:p>
        </w:tc>
      </w:tr>
      <w:tr w:rsidR="00873069" w:rsidRPr="009E4FC0" w14:paraId="697FE146" w14:textId="77777777">
        <w:trPr>
          <w:jc w:val="center"/>
        </w:trPr>
        <w:tc>
          <w:tcPr>
            <w:tcW w:w="3061" w:type="dxa"/>
            <w:shd w:val="clear" w:color="auto" w:fill="D9D9D9"/>
            <w:tcMar>
              <w:top w:w="70" w:type="dxa"/>
              <w:left w:w="80" w:type="dxa"/>
              <w:bottom w:w="70" w:type="dxa"/>
              <w:right w:w="80" w:type="dxa"/>
            </w:tcMar>
            <w:vAlign w:val="center"/>
          </w:tcPr>
          <w:p w14:paraId="12E017FC" w14:textId="77777777" w:rsidR="00873069" w:rsidRPr="00604C83" w:rsidRDefault="007E3835">
            <w:pPr>
              <w:spacing w:line="240" w:lineRule="auto"/>
              <w:rPr>
                <w:lang w:val="nl-BE"/>
              </w:rPr>
            </w:pPr>
            <w:r w:rsidRPr="00604C83">
              <w:rPr>
                <w:b/>
                <w:sz w:val="16"/>
                <w:lang w:val="nl-BE"/>
              </w:rPr>
              <w:t>Projekto idėjos koncepcijai suteiktas Nr.</w:t>
            </w:r>
          </w:p>
        </w:tc>
        <w:tc>
          <w:tcPr>
            <w:tcW w:w="12587" w:type="dxa"/>
            <w:tcMar>
              <w:top w:w="70" w:type="dxa"/>
              <w:left w:w="80" w:type="dxa"/>
              <w:bottom w:w="70" w:type="dxa"/>
              <w:right w:w="80" w:type="dxa"/>
            </w:tcMar>
            <w:vAlign w:val="center"/>
          </w:tcPr>
          <w:p w14:paraId="3A04E988" w14:textId="77777777" w:rsidR="00873069" w:rsidRPr="00604C83" w:rsidRDefault="00873069">
            <w:pPr>
              <w:spacing w:line="240" w:lineRule="auto"/>
              <w:rPr>
                <w:lang w:val="nl-BE"/>
              </w:rPr>
            </w:pPr>
          </w:p>
        </w:tc>
      </w:tr>
    </w:tbl>
    <w:p w14:paraId="69F228CC" w14:textId="77777777" w:rsidR="00873069" w:rsidRPr="00604C83" w:rsidRDefault="007E3835">
      <w:pPr>
        <w:spacing w:before="80" w:after="60" w:line="240" w:lineRule="auto"/>
        <w:rPr>
          <w:lang w:val="nl-BE"/>
        </w:rPr>
      </w:pPr>
      <w:r w:rsidRPr="00604C83">
        <w:rPr>
          <w:b/>
          <w:sz w:val="17"/>
          <w:lang w:val="nl-BE"/>
        </w:rPr>
        <w:t xml:space="preserve">Vertinimo principas. </w:t>
      </w:r>
      <w:r w:rsidRPr="00604C83">
        <w:rPr>
          <w:sz w:val="17"/>
          <w:lang w:val="nl-BE"/>
        </w:rPr>
        <w:t>Vertinama pagal projekto idėjos koncepcijoje ir privalomuose I etapo prieduose pateiktą informaciją. Jei privalomas dokumentas nepateiktas arba pateiktas nevisiškai užpildytas, CPVA gali prašyti jį pateikti ar patikslinti per 2–5 darbo dienas. Patikslinimu negali būti pakeistos faktinės aplinkybės, buvusios koncepcijos pateikimo termino dieną (Kvietimo 32.1 p.).</w:t>
      </w:r>
    </w:p>
    <w:tbl>
      <w:tblPr>
        <w:tblW w:w="15649" w:type="dxa"/>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ayout w:type="fixed"/>
        <w:tblLook w:val="04A0" w:firstRow="1" w:lastRow="0" w:firstColumn="1" w:lastColumn="0" w:noHBand="0" w:noVBand="1"/>
      </w:tblPr>
      <w:tblGrid>
        <w:gridCol w:w="510"/>
        <w:gridCol w:w="7940"/>
        <w:gridCol w:w="623"/>
        <w:gridCol w:w="623"/>
        <w:gridCol w:w="793"/>
        <w:gridCol w:w="5160"/>
      </w:tblGrid>
      <w:tr w:rsidR="00873069" w14:paraId="02B50141" w14:textId="77777777" w:rsidTr="009E4FC0">
        <w:trPr>
          <w:tblHeader/>
          <w:jc w:val="center"/>
        </w:trPr>
        <w:tc>
          <w:tcPr>
            <w:tcW w:w="510" w:type="dxa"/>
            <w:shd w:val="clear" w:color="auto" w:fill="BFBFBF"/>
            <w:tcMar>
              <w:top w:w="70" w:type="dxa"/>
              <w:left w:w="80" w:type="dxa"/>
              <w:bottom w:w="70" w:type="dxa"/>
              <w:right w:w="80" w:type="dxa"/>
            </w:tcMar>
            <w:vAlign w:val="center"/>
          </w:tcPr>
          <w:p w14:paraId="0A14094E" w14:textId="77777777" w:rsidR="00873069" w:rsidRDefault="007E3835">
            <w:pPr>
              <w:spacing w:line="240" w:lineRule="auto"/>
              <w:jc w:val="center"/>
            </w:pPr>
            <w:r>
              <w:rPr>
                <w:b/>
                <w:sz w:val="16"/>
              </w:rPr>
              <w:t>Nr.</w:t>
            </w:r>
          </w:p>
        </w:tc>
        <w:tc>
          <w:tcPr>
            <w:tcW w:w="7940" w:type="dxa"/>
            <w:shd w:val="clear" w:color="auto" w:fill="BFBFBF"/>
            <w:tcMar>
              <w:top w:w="70" w:type="dxa"/>
              <w:left w:w="80" w:type="dxa"/>
              <w:bottom w:w="70" w:type="dxa"/>
              <w:right w:w="80" w:type="dxa"/>
            </w:tcMar>
            <w:vAlign w:val="center"/>
          </w:tcPr>
          <w:p w14:paraId="3DB5BE17" w14:textId="77777777" w:rsidR="00873069" w:rsidRDefault="007E3835">
            <w:pPr>
              <w:spacing w:line="240" w:lineRule="auto"/>
              <w:jc w:val="center"/>
            </w:pPr>
            <w:r>
              <w:rPr>
                <w:b/>
                <w:sz w:val="16"/>
              </w:rPr>
              <w:t>Vertinimo kriterijus</w:t>
            </w:r>
          </w:p>
        </w:tc>
        <w:tc>
          <w:tcPr>
            <w:tcW w:w="2039" w:type="dxa"/>
            <w:gridSpan w:val="3"/>
            <w:shd w:val="clear" w:color="auto" w:fill="BFBFBF"/>
            <w:tcMar>
              <w:top w:w="70" w:type="dxa"/>
              <w:left w:w="80" w:type="dxa"/>
              <w:bottom w:w="70" w:type="dxa"/>
              <w:right w:w="80" w:type="dxa"/>
            </w:tcMar>
            <w:vAlign w:val="center"/>
          </w:tcPr>
          <w:p w14:paraId="004A6083" w14:textId="77777777" w:rsidR="00873069" w:rsidRDefault="007E3835">
            <w:pPr>
              <w:spacing w:line="240" w:lineRule="auto"/>
              <w:jc w:val="center"/>
            </w:pPr>
            <w:r>
              <w:rPr>
                <w:b/>
                <w:sz w:val="16"/>
              </w:rPr>
              <w:t>Vertinimas</w:t>
            </w:r>
          </w:p>
        </w:tc>
        <w:tc>
          <w:tcPr>
            <w:tcW w:w="5160" w:type="dxa"/>
            <w:shd w:val="clear" w:color="auto" w:fill="BFBFBF"/>
            <w:tcMar>
              <w:top w:w="70" w:type="dxa"/>
              <w:left w:w="80" w:type="dxa"/>
              <w:bottom w:w="70" w:type="dxa"/>
              <w:right w:w="80" w:type="dxa"/>
            </w:tcMar>
            <w:vAlign w:val="center"/>
          </w:tcPr>
          <w:p w14:paraId="40652123" w14:textId="77777777" w:rsidR="00873069" w:rsidRDefault="007E3835">
            <w:pPr>
              <w:spacing w:line="240" w:lineRule="auto"/>
              <w:jc w:val="center"/>
            </w:pPr>
            <w:r>
              <w:rPr>
                <w:b/>
                <w:sz w:val="16"/>
              </w:rPr>
              <w:t>Komentarai / tikrinimo šaltinis</w:t>
            </w:r>
          </w:p>
        </w:tc>
      </w:tr>
      <w:tr w:rsidR="00873069" w14:paraId="4CEFD112" w14:textId="77777777" w:rsidTr="009E4FC0">
        <w:trPr>
          <w:tblHeader/>
          <w:jc w:val="center"/>
        </w:trPr>
        <w:tc>
          <w:tcPr>
            <w:tcW w:w="510" w:type="dxa"/>
            <w:shd w:val="clear" w:color="auto" w:fill="BFBFBF"/>
            <w:tcMar>
              <w:top w:w="70" w:type="dxa"/>
              <w:left w:w="80" w:type="dxa"/>
              <w:bottom w:w="70" w:type="dxa"/>
              <w:right w:w="80" w:type="dxa"/>
            </w:tcMar>
            <w:vAlign w:val="center"/>
          </w:tcPr>
          <w:p w14:paraId="74FDCBB0" w14:textId="77777777" w:rsidR="00873069" w:rsidRDefault="00873069">
            <w:pPr>
              <w:spacing w:line="240" w:lineRule="auto"/>
              <w:jc w:val="center"/>
            </w:pPr>
          </w:p>
        </w:tc>
        <w:tc>
          <w:tcPr>
            <w:tcW w:w="7940" w:type="dxa"/>
            <w:shd w:val="clear" w:color="auto" w:fill="BFBFBF"/>
            <w:tcMar>
              <w:top w:w="70" w:type="dxa"/>
              <w:left w:w="80" w:type="dxa"/>
              <w:bottom w:w="70" w:type="dxa"/>
              <w:right w:w="80" w:type="dxa"/>
            </w:tcMar>
            <w:vAlign w:val="center"/>
          </w:tcPr>
          <w:p w14:paraId="477C1E2B" w14:textId="77777777" w:rsidR="00873069" w:rsidRDefault="00873069">
            <w:pPr>
              <w:spacing w:line="240" w:lineRule="auto"/>
              <w:jc w:val="center"/>
            </w:pPr>
          </w:p>
        </w:tc>
        <w:tc>
          <w:tcPr>
            <w:tcW w:w="623" w:type="dxa"/>
            <w:shd w:val="clear" w:color="auto" w:fill="BFBFBF"/>
            <w:tcMar>
              <w:top w:w="70" w:type="dxa"/>
              <w:left w:w="80" w:type="dxa"/>
              <w:bottom w:w="70" w:type="dxa"/>
              <w:right w:w="80" w:type="dxa"/>
            </w:tcMar>
            <w:vAlign w:val="center"/>
          </w:tcPr>
          <w:p w14:paraId="7F9E3281" w14:textId="77777777" w:rsidR="00873069" w:rsidRDefault="007E3835">
            <w:pPr>
              <w:spacing w:line="240" w:lineRule="auto"/>
              <w:jc w:val="center"/>
            </w:pPr>
            <w:r>
              <w:rPr>
                <w:b/>
                <w:sz w:val="16"/>
              </w:rPr>
              <w:t>Taip</w:t>
            </w:r>
          </w:p>
        </w:tc>
        <w:tc>
          <w:tcPr>
            <w:tcW w:w="623" w:type="dxa"/>
            <w:shd w:val="clear" w:color="auto" w:fill="BFBFBF"/>
            <w:tcMar>
              <w:top w:w="70" w:type="dxa"/>
              <w:left w:w="80" w:type="dxa"/>
              <w:bottom w:w="70" w:type="dxa"/>
              <w:right w:w="80" w:type="dxa"/>
            </w:tcMar>
            <w:vAlign w:val="center"/>
          </w:tcPr>
          <w:p w14:paraId="73048BBA" w14:textId="77777777" w:rsidR="00873069" w:rsidRDefault="007E3835">
            <w:pPr>
              <w:spacing w:line="240" w:lineRule="auto"/>
              <w:jc w:val="center"/>
            </w:pPr>
            <w:r>
              <w:rPr>
                <w:b/>
                <w:sz w:val="16"/>
              </w:rPr>
              <w:t>Ne</w:t>
            </w:r>
          </w:p>
        </w:tc>
        <w:tc>
          <w:tcPr>
            <w:tcW w:w="793" w:type="dxa"/>
            <w:shd w:val="clear" w:color="auto" w:fill="BFBFBF"/>
            <w:tcMar>
              <w:top w:w="70" w:type="dxa"/>
              <w:left w:w="80" w:type="dxa"/>
              <w:bottom w:w="70" w:type="dxa"/>
              <w:right w:w="80" w:type="dxa"/>
            </w:tcMar>
            <w:vAlign w:val="center"/>
          </w:tcPr>
          <w:p w14:paraId="10714AFF" w14:textId="77777777" w:rsidR="00873069" w:rsidRDefault="007E3835">
            <w:pPr>
              <w:spacing w:line="240" w:lineRule="auto"/>
              <w:jc w:val="center"/>
            </w:pPr>
            <w:r>
              <w:rPr>
                <w:b/>
                <w:sz w:val="16"/>
              </w:rPr>
              <w:t>Netaikoma</w:t>
            </w:r>
          </w:p>
        </w:tc>
        <w:tc>
          <w:tcPr>
            <w:tcW w:w="5160" w:type="dxa"/>
            <w:shd w:val="clear" w:color="auto" w:fill="BFBFBF"/>
            <w:tcMar>
              <w:top w:w="70" w:type="dxa"/>
              <w:left w:w="80" w:type="dxa"/>
              <w:bottom w:w="70" w:type="dxa"/>
              <w:right w:w="80" w:type="dxa"/>
            </w:tcMar>
            <w:vAlign w:val="center"/>
          </w:tcPr>
          <w:p w14:paraId="6556C5D1" w14:textId="77777777" w:rsidR="00873069" w:rsidRDefault="00873069">
            <w:pPr>
              <w:spacing w:line="240" w:lineRule="auto"/>
              <w:jc w:val="center"/>
            </w:pPr>
          </w:p>
        </w:tc>
      </w:tr>
      <w:tr w:rsidR="00873069" w14:paraId="23328F23" w14:textId="77777777" w:rsidTr="009E4FC0">
        <w:trPr>
          <w:jc w:val="center"/>
        </w:trPr>
        <w:tc>
          <w:tcPr>
            <w:tcW w:w="15649" w:type="dxa"/>
            <w:gridSpan w:val="6"/>
            <w:shd w:val="clear" w:color="auto" w:fill="D9D9D9"/>
            <w:tcMar>
              <w:top w:w="70" w:type="dxa"/>
              <w:left w:w="80" w:type="dxa"/>
              <w:bottom w:w="70" w:type="dxa"/>
              <w:right w:w="80" w:type="dxa"/>
            </w:tcMar>
            <w:vAlign w:val="center"/>
          </w:tcPr>
          <w:p w14:paraId="273479D4" w14:textId="77777777" w:rsidR="00873069" w:rsidRDefault="007E3835">
            <w:pPr>
              <w:spacing w:line="240" w:lineRule="auto"/>
            </w:pPr>
            <w:r>
              <w:rPr>
                <w:b/>
                <w:sz w:val="16"/>
              </w:rPr>
              <w:t>A. Esminės ir faktinės atitikties sąlygos. Neatitiktis negali būti ištaisoma pakeičiant faktines aplinkybes po koncepcijos pateikimo termino.</w:t>
            </w:r>
          </w:p>
        </w:tc>
      </w:tr>
      <w:tr w:rsidR="00873069" w14:paraId="605B5537" w14:textId="77777777" w:rsidTr="009E4FC0">
        <w:trPr>
          <w:jc w:val="center"/>
        </w:trPr>
        <w:tc>
          <w:tcPr>
            <w:tcW w:w="510" w:type="dxa"/>
            <w:tcMar>
              <w:top w:w="70" w:type="dxa"/>
              <w:left w:w="80" w:type="dxa"/>
              <w:bottom w:w="70" w:type="dxa"/>
              <w:right w:w="80" w:type="dxa"/>
            </w:tcMar>
          </w:tcPr>
          <w:p w14:paraId="65A9F260" w14:textId="77777777" w:rsidR="00873069" w:rsidRDefault="007E3835">
            <w:pPr>
              <w:spacing w:line="240" w:lineRule="auto"/>
              <w:jc w:val="center"/>
            </w:pPr>
            <w:r>
              <w:rPr>
                <w:sz w:val="16"/>
              </w:rPr>
              <w:t>1</w:t>
            </w:r>
          </w:p>
        </w:tc>
        <w:tc>
          <w:tcPr>
            <w:tcW w:w="7940" w:type="dxa"/>
            <w:tcMar>
              <w:top w:w="70" w:type="dxa"/>
              <w:left w:w="80" w:type="dxa"/>
              <w:bottom w:w="70" w:type="dxa"/>
              <w:right w:w="80" w:type="dxa"/>
            </w:tcMar>
          </w:tcPr>
          <w:p w14:paraId="43C443B6" w14:textId="77777777" w:rsidR="00873069" w:rsidRDefault="007E3835">
            <w:pPr>
              <w:spacing w:line="240" w:lineRule="auto"/>
            </w:pPr>
            <w:r>
              <w:rPr>
                <w:sz w:val="16"/>
              </w:rPr>
              <w:t>Projekto idėjos koncepcija pateikta iki Kvietime nustatyto termino ir per paraiškų pateikimo sistemą „Submittable“.</w:t>
            </w:r>
          </w:p>
        </w:tc>
        <w:tc>
          <w:tcPr>
            <w:tcW w:w="623" w:type="dxa"/>
            <w:tcMar>
              <w:top w:w="70" w:type="dxa"/>
              <w:left w:w="80" w:type="dxa"/>
              <w:bottom w:w="70" w:type="dxa"/>
              <w:right w:w="80" w:type="dxa"/>
            </w:tcMar>
          </w:tcPr>
          <w:p w14:paraId="5B667A1A"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0567213F"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607333A5"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3E911EE7" w14:textId="77777777" w:rsidR="00873069" w:rsidRDefault="007E3835">
            <w:pPr>
              <w:spacing w:line="240" w:lineRule="auto"/>
            </w:pPr>
            <w:r>
              <w:rPr>
                <w:i/>
                <w:sz w:val="14"/>
              </w:rPr>
              <w:t>Kvietimo 20 ir 32.1 p.; Submittable pateikimo duomenys.</w:t>
            </w:r>
          </w:p>
        </w:tc>
      </w:tr>
      <w:tr w:rsidR="00873069" w14:paraId="7B8AA241" w14:textId="77777777" w:rsidTr="009E4FC0">
        <w:trPr>
          <w:jc w:val="center"/>
        </w:trPr>
        <w:tc>
          <w:tcPr>
            <w:tcW w:w="510" w:type="dxa"/>
            <w:tcMar>
              <w:top w:w="70" w:type="dxa"/>
              <w:left w:w="80" w:type="dxa"/>
              <w:bottom w:w="70" w:type="dxa"/>
              <w:right w:w="80" w:type="dxa"/>
            </w:tcMar>
          </w:tcPr>
          <w:p w14:paraId="2AE0FBE5" w14:textId="77777777" w:rsidR="00873069" w:rsidRDefault="007E3835">
            <w:pPr>
              <w:spacing w:line="240" w:lineRule="auto"/>
              <w:jc w:val="center"/>
            </w:pPr>
            <w:r>
              <w:rPr>
                <w:sz w:val="16"/>
              </w:rPr>
              <w:t>2</w:t>
            </w:r>
          </w:p>
        </w:tc>
        <w:tc>
          <w:tcPr>
            <w:tcW w:w="7940" w:type="dxa"/>
            <w:tcMar>
              <w:top w:w="70" w:type="dxa"/>
              <w:left w:w="80" w:type="dxa"/>
              <w:bottom w:w="70" w:type="dxa"/>
              <w:right w:w="80" w:type="dxa"/>
            </w:tcMar>
          </w:tcPr>
          <w:p w14:paraId="142C3CA9" w14:textId="77777777" w:rsidR="00873069" w:rsidRDefault="007E3835">
            <w:pPr>
              <w:spacing w:line="240" w:lineRule="auto"/>
            </w:pPr>
            <w:r>
              <w:rPr>
                <w:sz w:val="16"/>
              </w:rPr>
              <w:t>Projekto idėjos koncepcija pateikta lietuvių kalba; priedams kitomis kalbomis pateiktas vertimas į lietuvių arba anglų kalbą, kai taikoma.</w:t>
            </w:r>
          </w:p>
        </w:tc>
        <w:tc>
          <w:tcPr>
            <w:tcW w:w="623" w:type="dxa"/>
            <w:tcMar>
              <w:top w:w="70" w:type="dxa"/>
              <w:left w:w="80" w:type="dxa"/>
              <w:bottom w:w="70" w:type="dxa"/>
              <w:right w:w="80" w:type="dxa"/>
            </w:tcMar>
          </w:tcPr>
          <w:p w14:paraId="001FE947"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63450003"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691E6E45" w14:textId="77777777" w:rsidR="00873069" w:rsidRDefault="007E3835">
            <w:pPr>
              <w:spacing w:line="240" w:lineRule="auto"/>
              <w:jc w:val="center"/>
            </w:pPr>
            <w:r>
              <w:rPr>
                <w:sz w:val="20"/>
              </w:rPr>
              <w:t>☐</w:t>
            </w:r>
          </w:p>
        </w:tc>
        <w:tc>
          <w:tcPr>
            <w:tcW w:w="5160" w:type="dxa"/>
            <w:tcMar>
              <w:top w:w="70" w:type="dxa"/>
              <w:left w:w="80" w:type="dxa"/>
              <w:bottom w:w="70" w:type="dxa"/>
              <w:right w:w="80" w:type="dxa"/>
            </w:tcMar>
          </w:tcPr>
          <w:p w14:paraId="4F794CF8" w14:textId="77777777" w:rsidR="00873069" w:rsidRDefault="007E3835">
            <w:pPr>
              <w:spacing w:line="240" w:lineRule="auto"/>
            </w:pPr>
            <w:r>
              <w:rPr>
                <w:i/>
                <w:sz w:val="14"/>
              </w:rPr>
              <w:t>Kvietimo 22 p.; koncepcija ir jos priedai.</w:t>
            </w:r>
          </w:p>
        </w:tc>
      </w:tr>
      <w:tr w:rsidR="00873069" w14:paraId="4FBCAA6D" w14:textId="77777777" w:rsidTr="009E4FC0">
        <w:trPr>
          <w:jc w:val="center"/>
        </w:trPr>
        <w:tc>
          <w:tcPr>
            <w:tcW w:w="510" w:type="dxa"/>
            <w:tcMar>
              <w:top w:w="70" w:type="dxa"/>
              <w:left w:w="80" w:type="dxa"/>
              <w:bottom w:w="70" w:type="dxa"/>
              <w:right w:w="80" w:type="dxa"/>
            </w:tcMar>
          </w:tcPr>
          <w:p w14:paraId="107F817D" w14:textId="77777777" w:rsidR="00873069" w:rsidRDefault="007E3835">
            <w:pPr>
              <w:spacing w:line="240" w:lineRule="auto"/>
              <w:jc w:val="center"/>
            </w:pPr>
            <w:r>
              <w:rPr>
                <w:sz w:val="16"/>
              </w:rPr>
              <w:t>3</w:t>
            </w:r>
          </w:p>
        </w:tc>
        <w:tc>
          <w:tcPr>
            <w:tcW w:w="7940" w:type="dxa"/>
            <w:tcMar>
              <w:top w:w="70" w:type="dxa"/>
              <w:left w:w="80" w:type="dxa"/>
              <w:bottom w:w="70" w:type="dxa"/>
              <w:right w:w="80" w:type="dxa"/>
            </w:tcMar>
          </w:tcPr>
          <w:p w14:paraId="06976537" w14:textId="77777777" w:rsidR="00873069" w:rsidRDefault="007E3835">
            <w:pPr>
              <w:spacing w:line="240" w:lineRule="auto"/>
            </w:pPr>
            <w:r>
              <w:rPr>
                <w:sz w:val="16"/>
              </w:rPr>
              <w:t>Pareiškėjas yra tinkamas pagal Kvietimo 11 punktą.</w:t>
            </w:r>
          </w:p>
        </w:tc>
        <w:tc>
          <w:tcPr>
            <w:tcW w:w="623" w:type="dxa"/>
            <w:tcMar>
              <w:top w:w="70" w:type="dxa"/>
              <w:left w:w="80" w:type="dxa"/>
              <w:bottom w:w="70" w:type="dxa"/>
              <w:right w:w="80" w:type="dxa"/>
            </w:tcMar>
          </w:tcPr>
          <w:p w14:paraId="7912A96C"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5BFA8826"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3545F3A5"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57A0D29D" w14:textId="77777777" w:rsidR="00873069" w:rsidRDefault="007E3835">
            <w:pPr>
              <w:spacing w:line="240" w:lineRule="auto"/>
            </w:pPr>
            <w:r>
              <w:rPr>
                <w:i/>
                <w:sz w:val="14"/>
              </w:rPr>
              <w:t>Koncepcijos II skyrius; Kvietimo 11 p.</w:t>
            </w:r>
          </w:p>
        </w:tc>
      </w:tr>
      <w:tr w:rsidR="00873069" w14:paraId="5B6E5F7D" w14:textId="77777777" w:rsidTr="009E4FC0">
        <w:trPr>
          <w:jc w:val="center"/>
        </w:trPr>
        <w:tc>
          <w:tcPr>
            <w:tcW w:w="510" w:type="dxa"/>
            <w:tcMar>
              <w:top w:w="70" w:type="dxa"/>
              <w:left w:w="80" w:type="dxa"/>
              <w:bottom w:w="70" w:type="dxa"/>
              <w:right w:w="80" w:type="dxa"/>
            </w:tcMar>
          </w:tcPr>
          <w:p w14:paraId="13E2E5D3" w14:textId="77777777" w:rsidR="00873069" w:rsidRDefault="007E3835">
            <w:pPr>
              <w:spacing w:line="240" w:lineRule="auto"/>
              <w:jc w:val="center"/>
            </w:pPr>
            <w:r>
              <w:rPr>
                <w:sz w:val="16"/>
              </w:rPr>
              <w:t>4</w:t>
            </w:r>
          </w:p>
        </w:tc>
        <w:tc>
          <w:tcPr>
            <w:tcW w:w="7940" w:type="dxa"/>
            <w:tcMar>
              <w:top w:w="70" w:type="dxa"/>
              <w:left w:w="80" w:type="dxa"/>
              <w:bottom w:w="70" w:type="dxa"/>
              <w:right w:w="80" w:type="dxa"/>
            </w:tcMar>
          </w:tcPr>
          <w:p w14:paraId="02979B69" w14:textId="77777777" w:rsidR="00873069" w:rsidRDefault="007E3835">
            <w:pPr>
              <w:spacing w:line="240" w:lineRule="auto"/>
            </w:pPr>
            <w:r>
              <w:rPr>
                <w:sz w:val="16"/>
              </w:rPr>
              <w:t>Nurodytas bent vienas privalomas Ukrainos vietos savivaldos partneris ir jo tipas atitinka Kvietimo 12–13 punktus.</w:t>
            </w:r>
          </w:p>
        </w:tc>
        <w:tc>
          <w:tcPr>
            <w:tcW w:w="623" w:type="dxa"/>
            <w:tcMar>
              <w:top w:w="70" w:type="dxa"/>
              <w:left w:w="80" w:type="dxa"/>
              <w:bottom w:w="70" w:type="dxa"/>
              <w:right w:w="80" w:type="dxa"/>
            </w:tcMar>
          </w:tcPr>
          <w:p w14:paraId="0D31B0C3"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4656E35C"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0E5D2BF0"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276B537B" w14:textId="77777777" w:rsidR="00873069" w:rsidRDefault="007E3835">
            <w:pPr>
              <w:spacing w:line="240" w:lineRule="auto"/>
            </w:pPr>
            <w:r>
              <w:rPr>
                <w:i/>
                <w:sz w:val="14"/>
              </w:rPr>
              <w:t>Koncepcijos III skyrius; Kvietimo 12–13 p.</w:t>
            </w:r>
          </w:p>
        </w:tc>
      </w:tr>
      <w:tr w:rsidR="00873069" w14:paraId="684F1FDA" w14:textId="77777777" w:rsidTr="009E4FC0">
        <w:trPr>
          <w:jc w:val="center"/>
        </w:trPr>
        <w:tc>
          <w:tcPr>
            <w:tcW w:w="510" w:type="dxa"/>
            <w:tcMar>
              <w:top w:w="70" w:type="dxa"/>
              <w:left w:w="80" w:type="dxa"/>
              <w:bottom w:w="70" w:type="dxa"/>
              <w:right w:w="80" w:type="dxa"/>
            </w:tcMar>
          </w:tcPr>
          <w:p w14:paraId="34521507" w14:textId="77777777" w:rsidR="00873069" w:rsidRDefault="007E3835">
            <w:pPr>
              <w:spacing w:line="240" w:lineRule="auto"/>
              <w:jc w:val="center"/>
            </w:pPr>
            <w:r>
              <w:rPr>
                <w:sz w:val="16"/>
              </w:rPr>
              <w:t>5</w:t>
            </w:r>
          </w:p>
        </w:tc>
        <w:tc>
          <w:tcPr>
            <w:tcW w:w="7940" w:type="dxa"/>
            <w:tcMar>
              <w:top w:w="70" w:type="dxa"/>
              <w:left w:w="80" w:type="dxa"/>
              <w:bottom w:w="70" w:type="dxa"/>
              <w:right w:w="80" w:type="dxa"/>
            </w:tcMar>
          </w:tcPr>
          <w:p w14:paraId="4BFD867C" w14:textId="77777777" w:rsidR="00873069" w:rsidRDefault="007E3835">
            <w:pPr>
              <w:spacing w:line="240" w:lineRule="auto"/>
            </w:pPr>
            <w:r>
              <w:rPr>
                <w:sz w:val="16"/>
              </w:rPr>
              <w:t>Papildomi projekto partneriai (jei yra) atitinka Kvietimo 13 punkte nustatytus partnerių tipus.</w:t>
            </w:r>
          </w:p>
        </w:tc>
        <w:tc>
          <w:tcPr>
            <w:tcW w:w="623" w:type="dxa"/>
            <w:tcMar>
              <w:top w:w="70" w:type="dxa"/>
              <w:left w:w="80" w:type="dxa"/>
              <w:bottom w:w="70" w:type="dxa"/>
              <w:right w:w="80" w:type="dxa"/>
            </w:tcMar>
          </w:tcPr>
          <w:p w14:paraId="581D0DD3"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6DA83C21"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6A17AE14" w14:textId="77777777" w:rsidR="00873069" w:rsidRDefault="007E3835">
            <w:pPr>
              <w:spacing w:line="240" w:lineRule="auto"/>
              <w:jc w:val="center"/>
            </w:pPr>
            <w:r>
              <w:rPr>
                <w:sz w:val="20"/>
              </w:rPr>
              <w:t>☐</w:t>
            </w:r>
          </w:p>
        </w:tc>
        <w:tc>
          <w:tcPr>
            <w:tcW w:w="5160" w:type="dxa"/>
            <w:tcMar>
              <w:top w:w="70" w:type="dxa"/>
              <w:left w:w="80" w:type="dxa"/>
              <w:bottom w:w="70" w:type="dxa"/>
              <w:right w:w="80" w:type="dxa"/>
            </w:tcMar>
          </w:tcPr>
          <w:p w14:paraId="297E2B48" w14:textId="77777777" w:rsidR="00873069" w:rsidRDefault="007E3835">
            <w:pPr>
              <w:spacing w:line="240" w:lineRule="auto"/>
            </w:pPr>
            <w:r>
              <w:rPr>
                <w:i/>
                <w:sz w:val="14"/>
              </w:rPr>
              <w:t>Koncepcijos IV skyrius ir, jei taikoma, papildomų partnerių priedas; Kvietimo 13 p.</w:t>
            </w:r>
          </w:p>
        </w:tc>
      </w:tr>
      <w:tr w:rsidR="00873069" w14:paraId="0D72642C" w14:textId="77777777" w:rsidTr="009E4FC0">
        <w:trPr>
          <w:jc w:val="center"/>
        </w:trPr>
        <w:tc>
          <w:tcPr>
            <w:tcW w:w="510" w:type="dxa"/>
            <w:tcMar>
              <w:top w:w="70" w:type="dxa"/>
              <w:left w:w="80" w:type="dxa"/>
              <w:bottom w:w="70" w:type="dxa"/>
              <w:right w:w="80" w:type="dxa"/>
            </w:tcMar>
          </w:tcPr>
          <w:p w14:paraId="3E85DEF6" w14:textId="77777777" w:rsidR="00873069" w:rsidRDefault="007E3835">
            <w:pPr>
              <w:spacing w:line="240" w:lineRule="auto"/>
              <w:jc w:val="center"/>
            </w:pPr>
            <w:r>
              <w:rPr>
                <w:sz w:val="16"/>
              </w:rPr>
              <w:t>6</w:t>
            </w:r>
          </w:p>
        </w:tc>
        <w:tc>
          <w:tcPr>
            <w:tcW w:w="7940" w:type="dxa"/>
            <w:tcMar>
              <w:top w:w="70" w:type="dxa"/>
              <w:left w:w="80" w:type="dxa"/>
              <w:bottom w:w="70" w:type="dxa"/>
              <w:right w:w="80" w:type="dxa"/>
            </w:tcMar>
          </w:tcPr>
          <w:p w14:paraId="30C76B5E" w14:textId="77777777" w:rsidR="00873069" w:rsidRDefault="007E3835">
            <w:pPr>
              <w:spacing w:line="240" w:lineRule="auto"/>
            </w:pPr>
            <w:r>
              <w:rPr>
                <w:sz w:val="16"/>
              </w:rPr>
              <w:t>Pareiškėjas ir projekto partneriai yra nurodę su planuojamomis projekto veiklomis susijusią patirtį. Patirties pakankamumas ir kompetencijos kokybė vertinami turinio vertinimo metu.</w:t>
            </w:r>
          </w:p>
        </w:tc>
        <w:tc>
          <w:tcPr>
            <w:tcW w:w="623" w:type="dxa"/>
            <w:tcMar>
              <w:top w:w="70" w:type="dxa"/>
              <w:left w:w="80" w:type="dxa"/>
              <w:bottom w:w="70" w:type="dxa"/>
              <w:right w:w="80" w:type="dxa"/>
            </w:tcMar>
          </w:tcPr>
          <w:p w14:paraId="6D6ED37B"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4FB409D2"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48E9AC1C"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477C7A73" w14:textId="77777777" w:rsidR="00873069" w:rsidRDefault="007E3835">
            <w:pPr>
              <w:spacing w:line="240" w:lineRule="auto"/>
            </w:pPr>
            <w:r>
              <w:rPr>
                <w:i/>
                <w:sz w:val="14"/>
              </w:rPr>
              <w:t>Koncepcijos VII skyrius; Kvietimo 14 p.</w:t>
            </w:r>
          </w:p>
        </w:tc>
      </w:tr>
      <w:tr w:rsidR="00873069" w14:paraId="6C688479" w14:textId="77777777" w:rsidTr="009E4FC0">
        <w:trPr>
          <w:jc w:val="center"/>
        </w:trPr>
        <w:tc>
          <w:tcPr>
            <w:tcW w:w="510" w:type="dxa"/>
            <w:tcMar>
              <w:top w:w="70" w:type="dxa"/>
              <w:left w:w="80" w:type="dxa"/>
              <w:bottom w:w="70" w:type="dxa"/>
              <w:right w:w="80" w:type="dxa"/>
            </w:tcMar>
          </w:tcPr>
          <w:p w14:paraId="7879B004" w14:textId="77777777" w:rsidR="00873069" w:rsidRDefault="007E3835">
            <w:pPr>
              <w:spacing w:line="240" w:lineRule="auto"/>
              <w:jc w:val="center"/>
            </w:pPr>
            <w:r>
              <w:rPr>
                <w:sz w:val="16"/>
              </w:rPr>
              <w:t>7</w:t>
            </w:r>
          </w:p>
        </w:tc>
        <w:tc>
          <w:tcPr>
            <w:tcW w:w="7940" w:type="dxa"/>
            <w:tcMar>
              <w:top w:w="70" w:type="dxa"/>
              <w:left w:w="80" w:type="dxa"/>
              <w:bottom w:w="70" w:type="dxa"/>
              <w:right w:w="80" w:type="dxa"/>
            </w:tcMar>
          </w:tcPr>
          <w:p w14:paraId="6F6286F5" w14:textId="77777777" w:rsidR="00873069" w:rsidRDefault="007E3835">
            <w:pPr>
              <w:spacing w:line="240" w:lineRule="auto"/>
            </w:pPr>
            <w:r>
              <w:rPr>
                <w:sz w:val="16"/>
              </w:rPr>
              <w:t>Prašoma finansavimo suma yra ne mažesnė kaip 10 000 Eur ir ne didesnė kaip 100 000 Eur.</w:t>
            </w:r>
          </w:p>
        </w:tc>
        <w:tc>
          <w:tcPr>
            <w:tcW w:w="623" w:type="dxa"/>
            <w:tcMar>
              <w:top w:w="70" w:type="dxa"/>
              <w:left w:w="80" w:type="dxa"/>
              <w:bottom w:w="70" w:type="dxa"/>
              <w:right w:w="80" w:type="dxa"/>
            </w:tcMar>
          </w:tcPr>
          <w:p w14:paraId="31E0486F"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0447A5AA"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4BAB2E58"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011DB9AB" w14:textId="324A2591" w:rsidR="00873069" w:rsidRDefault="00CD0E12">
            <w:pPr>
              <w:spacing w:line="240" w:lineRule="auto"/>
            </w:pPr>
            <w:r w:rsidRPr="00CD0E12">
              <w:rPr>
                <w:i/>
                <w:sz w:val="14"/>
              </w:rPr>
              <w:t>Koncepcijos I skyrius ir preliminaraus projekto biudžeto forma; Kvietimo 8 p.</w:t>
            </w:r>
          </w:p>
        </w:tc>
      </w:tr>
      <w:tr w:rsidR="00873069" w14:paraId="7C52E3B4" w14:textId="77777777" w:rsidTr="009E4FC0">
        <w:trPr>
          <w:jc w:val="center"/>
        </w:trPr>
        <w:tc>
          <w:tcPr>
            <w:tcW w:w="510" w:type="dxa"/>
            <w:tcMar>
              <w:top w:w="70" w:type="dxa"/>
              <w:left w:w="80" w:type="dxa"/>
              <w:bottom w:w="70" w:type="dxa"/>
              <w:right w:w="80" w:type="dxa"/>
            </w:tcMar>
          </w:tcPr>
          <w:p w14:paraId="00AF0E5F" w14:textId="77777777" w:rsidR="00873069" w:rsidRDefault="007E3835">
            <w:pPr>
              <w:spacing w:line="240" w:lineRule="auto"/>
              <w:jc w:val="center"/>
            </w:pPr>
            <w:r>
              <w:rPr>
                <w:sz w:val="16"/>
              </w:rPr>
              <w:t>8</w:t>
            </w:r>
          </w:p>
        </w:tc>
        <w:tc>
          <w:tcPr>
            <w:tcW w:w="7940" w:type="dxa"/>
            <w:tcMar>
              <w:top w:w="70" w:type="dxa"/>
              <w:left w:w="80" w:type="dxa"/>
              <w:bottom w:w="70" w:type="dxa"/>
              <w:right w:w="80" w:type="dxa"/>
            </w:tcMar>
          </w:tcPr>
          <w:p w14:paraId="56C70DA1" w14:textId="77777777" w:rsidR="00873069" w:rsidRDefault="007E3835">
            <w:pPr>
              <w:spacing w:line="240" w:lineRule="auto"/>
            </w:pPr>
            <w:r>
              <w:rPr>
                <w:sz w:val="16"/>
              </w:rPr>
              <w:t>Prašomas finansavimo intensyvumas neviršija 90 proc., o nuosavas indėlis sudaro ne mažiau kaip 10 proc. bendros projekto vertės.</w:t>
            </w:r>
          </w:p>
        </w:tc>
        <w:tc>
          <w:tcPr>
            <w:tcW w:w="623" w:type="dxa"/>
            <w:tcMar>
              <w:top w:w="70" w:type="dxa"/>
              <w:left w:w="80" w:type="dxa"/>
              <w:bottom w:w="70" w:type="dxa"/>
              <w:right w:w="80" w:type="dxa"/>
            </w:tcMar>
          </w:tcPr>
          <w:p w14:paraId="2D62BF65"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405545D5"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2264C270"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0E841629" w14:textId="360844B3" w:rsidR="00873069" w:rsidRDefault="001E4F57">
            <w:pPr>
              <w:spacing w:line="240" w:lineRule="auto"/>
            </w:pPr>
            <w:r w:rsidRPr="001E4F57">
              <w:rPr>
                <w:i/>
                <w:sz w:val="14"/>
              </w:rPr>
              <w:t>Koncepcijos I skyrius ir preliminaraus projekto biudžeto forma; Kvietimo 9 p.</w:t>
            </w:r>
          </w:p>
        </w:tc>
      </w:tr>
      <w:tr w:rsidR="00873069" w14:paraId="34495096" w14:textId="77777777" w:rsidTr="009E4FC0">
        <w:trPr>
          <w:jc w:val="center"/>
        </w:trPr>
        <w:tc>
          <w:tcPr>
            <w:tcW w:w="510" w:type="dxa"/>
            <w:tcMar>
              <w:top w:w="70" w:type="dxa"/>
              <w:left w:w="80" w:type="dxa"/>
              <w:bottom w:w="70" w:type="dxa"/>
              <w:right w:w="80" w:type="dxa"/>
            </w:tcMar>
          </w:tcPr>
          <w:p w14:paraId="12F6752B" w14:textId="77777777" w:rsidR="00873069" w:rsidRDefault="007E3835">
            <w:pPr>
              <w:spacing w:line="240" w:lineRule="auto"/>
              <w:jc w:val="center"/>
            </w:pPr>
            <w:r>
              <w:rPr>
                <w:sz w:val="16"/>
              </w:rPr>
              <w:t>9</w:t>
            </w:r>
          </w:p>
        </w:tc>
        <w:tc>
          <w:tcPr>
            <w:tcW w:w="7940" w:type="dxa"/>
            <w:tcMar>
              <w:top w:w="70" w:type="dxa"/>
              <w:left w:w="80" w:type="dxa"/>
              <w:bottom w:w="70" w:type="dxa"/>
              <w:right w:w="80" w:type="dxa"/>
            </w:tcMar>
          </w:tcPr>
          <w:p w14:paraId="13F9A101" w14:textId="77777777" w:rsidR="00873069" w:rsidRDefault="007E3835">
            <w:pPr>
              <w:spacing w:line="240" w:lineRule="auto"/>
            </w:pPr>
            <w:r>
              <w:rPr>
                <w:sz w:val="16"/>
              </w:rPr>
              <w:t>Numatoma projekto veiklų įgyvendinimo trukmė yra nuo 4 iki 16 mėnesių.</w:t>
            </w:r>
          </w:p>
        </w:tc>
        <w:tc>
          <w:tcPr>
            <w:tcW w:w="623" w:type="dxa"/>
            <w:tcMar>
              <w:top w:w="70" w:type="dxa"/>
              <w:left w:w="80" w:type="dxa"/>
              <w:bottom w:w="70" w:type="dxa"/>
              <w:right w:w="80" w:type="dxa"/>
            </w:tcMar>
          </w:tcPr>
          <w:p w14:paraId="6AA2678C"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736B4AEF"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7626B44C"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45DFC304" w14:textId="77777777" w:rsidR="00873069" w:rsidRDefault="007E3835">
            <w:pPr>
              <w:spacing w:line="240" w:lineRule="auto"/>
            </w:pPr>
            <w:r>
              <w:rPr>
                <w:i/>
                <w:sz w:val="14"/>
              </w:rPr>
              <w:t>Koncepcijos I skyrius; Kvietimo 31 p.</w:t>
            </w:r>
          </w:p>
        </w:tc>
      </w:tr>
      <w:tr w:rsidR="00873069" w14:paraId="1228DF57" w14:textId="77777777" w:rsidTr="009E4FC0">
        <w:trPr>
          <w:jc w:val="center"/>
        </w:trPr>
        <w:tc>
          <w:tcPr>
            <w:tcW w:w="510" w:type="dxa"/>
            <w:tcMar>
              <w:top w:w="70" w:type="dxa"/>
              <w:left w:w="80" w:type="dxa"/>
              <w:bottom w:w="70" w:type="dxa"/>
              <w:right w:w="80" w:type="dxa"/>
            </w:tcMar>
          </w:tcPr>
          <w:p w14:paraId="7BA5660D" w14:textId="77777777" w:rsidR="00873069" w:rsidRDefault="007E3835">
            <w:pPr>
              <w:spacing w:line="240" w:lineRule="auto"/>
              <w:jc w:val="center"/>
            </w:pPr>
            <w:r>
              <w:rPr>
                <w:sz w:val="16"/>
              </w:rPr>
              <w:t>10</w:t>
            </w:r>
          </w:p>
        </w:tc>
        <w:tc>
          <w:tcPr>
            <w:tcW w:w="7940" w:type="dxa"/>
            <w:tcMar>
              <w:top w:w="70" w:type="dxa"/>
              <w:left w:w="80" w:type="dxa"/>
              <w:bottom w:w="70" w:type="dxa"/>
              <w:right w:w="80" w:type="dxa"/>
            </w:tcMar>
          </w:tcPr>
          <w:p w14:paraId="1348FF94" w14:textId="77777777" w:rsidR="00873069" w:rsidRDefault="007E3835">
            <w:pPr>
              <w:spacing w:line="240" w:lineRule="auto"/>
            </w:pPr>
            <w:r>
              <w:rPr>
                <w:sz w:val="16"/>
              </w:rPr>
              <w:t>Pagal Pareiškėjo atitikties deklaraciją nėra nustatyta aplinkybių, dėl kurių pareiškėjas neatitiktų Kvietimo 15 punkto ar koncepcija turėtų būti atmesta pagal 18.1–18.2 papunkčius; pareiškėjas patvirtino 16–17 punktuose nustatytus įsipareigojimus.</w:t>
            </w:r>
          </w:p>
        </w:tc>
        <w:tc>
          <w:tcPr>
            <w:tcW w:w="623" w:type="dxa"/>
            <w:tcMar>
              <w:top w:w="70" w:type="dxa"/>
              <w:left w:w="80" w:type="dxa"/>
              <w:bottom w:w="70" w:type="dxa"/>
              <w:right w:w="80" w:type="dxa"/>
            </w:tcMar>
          </w:tcPr>
          <w:p w14:paraId="7281982B"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70B7ADCB"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51932E78"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166A96D3" w14:textId="77777777" w:rsidR="00873069" w:rsidRDefault="007E3835">
            <w:pPr>
              <w:spacing w:line="240" w:lineRule="auto"/>
            </w:pPr>
            <w:r>
              <w:rPr>
                <w:i/>
                <w:sz w:val="14"/>
              </w:rPr>
              <w:t>Pareiškėjo atitikties deklaracija; Kvietimo 15–18 p.</w:t>
            </w:r>
          </w:p>
        </w:tc>
      </w:tr>
      <w:tr w:rsidR="00873069" w14:paraId="4E718E81" w14:textId="77777777" w:rsidTr="009E4FC0">
        <w:trPr>
          <w:jc w:val="center"/>
        </w:trPr>
        <w:tc>
          <w:tcPr>
            <w:tcW w:w="510" w:type="dxa"/>
            <w:tcMar>
              <w:top w:w="70" w:type="dxa"/>
              <w:left w:w="80" w:type="dxa"/>
              <w:bottom w:w="70" w:type="dxa"/>
              <w:right w:w="80" w:type="dxa"/>
            </w:tcMar>
          </w:tcPr>
          <w:p w14:paraId="450CD968" w14:textId="77777777" w:rsidR="00873069" w:rsidRDefault="007E3835">
            <w:pPr>
              <w:spacing w:line="240" w:lineRule="auto"/>
              <w:jc w:val="center"/>
            </w:pPr>
            <w:r>
              <w:rPr>
                <w:sz w:val="16"/>
              </w:rPr>
              <w:t>11</w:t>
            </w:r>
          </w:p>
        </w:tc>
        <w:tc>
          <w:tcPr>
            <w:tcW w:w="7940" w:type="dxa"/>
            <w:tcMar>
              <w:top w:w="70" w:type="dxa"/>
              <w:left w:w="80" w:type="dxa"/>
              <w:bottom w:w="70" w:type="dxa"/>
              <w:right w:w="80" w:type="dxa"/>
            </w:tcMar>
          </w:tcPr>
          <w:p w14:paraId="18FD4B97" w14:textId="77777777" w:rsidR="00873069" w:rsidRDefault="007E3835">
            <w:pPr>
              <w:spacing w:line="240" w:lineRule="auto"/>
            </w:pPr>
            <w:r>
              <w:rPr>
                <w:sz w:val="16"/>
              </w:rPr>
              <w:t>Pagal kiekvieno projekto partnerio atitikties deklaraciją nėra nustatyta aplinkybių, dėl kurių partneris neatitiktų jam taikomų Kvietimo 15 punkto reikalavimų ar koncepcija turėtų būti atmesta pagal 18.1–18.2 papunkčius.</w:t>
            </w:r>
          </w:p>
        </w:tc>
        <w:tc>
          <w:tcPr>
            <w:tcW w:w="623" w:type="dxa"/>
            <w:tcMar>
              <w:top w:w="70" w:type="dxa"/>
              <w:left w:w="80" w:type="dxa"/>
              <w:bottom w:w="70" w:type="dxa"/>
              <w:right w:w="80" w:type="dxa"/>
            </w:tcMar>
          </w:tcPr>
          <w:p w14:paraId="4849AD68"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4D8E488B"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6681ED90"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21838AD3" w14:textId="77777777" w:rsidR="00873069" w:rsidRDefault="007E3835">
            <w:pPr>
              <w:spacing w:line="240" w:lineRule="auto"/>
            </w:pPr>
            <w:r>
              <w:rPr>
                <w:i/>
                <w:sz w:val="14"/>
              </w:rPr>
              <w:t>Atskira kiekvieno partnerio atitikties deklaracija; Kvietimo 15 ir 18 p.</w:t>
            </w:r>
          </w:p>
        </w:tc>
      </w:tr>
      <w:tr w:rsidR="00873069" w14:paraId="61C37F6A" w14:textId="77777777" w:rsidTr="009E4FC0">
        <w:trPr>
          <w:jc w:val="center"/>
        </w:trPr>
        <w:tc>
          <w:tcPr>
            <w:tcW w:w="510" w:type="dxa"/>
            <w:tcMar>
              <w:top w:w="70" w:type="dxa"/>
              <w:left w:w="80" w:type="dxa"/>
              <w:bottom w:w="70" w:type="dxa"/>
              <w:right w:w="80" w:type="dxa"/>
            </w:tcMar>
          </w:tcPr>
          <w:p w14:paraId="7574BA22" w14:textId="77777777" w:rsidR="00873069" w:rsidRDefault="007E3835">
            <w:pPr>
              <w:spacing w:line="240" w:lineRule="auto"/>
              <w:jc w:val="center"/>
            </w:pPr>
            <w:r>
              <w:rPr>
                <w:sz w:val="16"/>
              </w:rPr>
              <w:t>12</w:t>
            </w:r>
          </w:p>
        </w:tc>
        <w:tc>
          <w:tcPr>
            <w:tcW w:w="7940" w:type="dxa"/>
            <w:tcMar>
              <w:top w:w="70" w:type="dxa"/>
              <w:left w:w="80" w:type="dxa"/>
              <w:bottom w:w="70" w:type="dxa"/>
              <w:right w:w="80" w:type="dxa"/>
            </w:tcMar>
          </w:tcPr>
          <w:p w14:paraId="1A15B14D" w14:textId="77777777" w:rsidR="00873069" w:rsidRDefault="007E3835">
            <w:pPr>
              <w:spacing w:line="240" w:lineRule="auto"/>
            </w:pPr>
            <w:r>
              <w:rPr>
                <w:sz w:val="16"/>
              </w:rPr>
              <w:t>Nėra nustatyta, kad koncepcijoje ar jos prieduose pateikti tikrovės neatitinkantys duomenys ar suklastoti dokumentai.</w:t>
            </w:r>
          </w:p>
        </w:tc>
        <w:tc>
          <w:tcPr>
            <w:tcW w:w="623" w:type="dxa"/>
            <w:tcMar>
              <w:top w:w="70" w:type="dxa"/>
              <w:left w:w="80" w:type="dxa"/>
              <w:bottom w:w="70" w:type="dxa"/>
              <w:right w:w="80" w:type="dxa"/>
            </w:tcMar>
          </w:tcPr>
          <w:p w14:paraId="4D3F8FB1"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1A786666"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17FD1C84" w14:textId="77777777" w:rsidR="00873069" w:rsidRDefault="007E3835">
            <w:pPr>
              <w:spacing w:line="240" w:lineRule="auto"/>
              <w:jc w:val="center"/>
            </w:pPr>
            <w:r>
              <w:rPr>
                <w:sz w:val="20"/>
              </w:rPr>
              <w:t>☐</w:t>
            </w:r>
          </w:p>
        </w:tc>
        <w:tc>
          <w:tcPr>
            <w:tcW w:w="5160" w:type="dxa"/>
            <w:tcMar>
              <w:top w:w="70" w:type="dxa"/>
              <w:left w:w="80" w:type="dxa"/>
              <w:bottom w:w="70" w:type="dxa"/>
              <w:right w:w="80" w:type="dxa"/>
            </w:tcMar>
          </w:tcPr>
          <w:p w14:paraId="643BB60A" w14:textId="77777777" w:rsidR="00873069" w:rsidRDefault="007E3835">
            <w:pPr>
              <w:spacing w:line="240" w:lineRule="auto"/>
            </w:pPr>
            <w:r>
              <w:rPr>
                <w:i/>
                <w:sz w:val="14"/>
              </w:rPr>
              <w:t>Kvietimo 18.3 p.; taikoma tik jei tokia aplinkybė nustatoma vertinimo metu.</w:t>
            </w:r>
          </w:p>
        </w:tc>
      </w:tr>
      <w:tr w:rsidR="00873069" w14:paraId="10F0884B" w14:textId="77777777" w:rsidTr="009E4FC0">
        <w:trPr>
          <w:jc w:val="center"/>
        </w:trPr>
        <w:tc>
          <w:tcPr>
            <w:tcW w:w="15649" w:type="dxa"/>
            <w:gridSpan w:val="6"/>
            <w:shd w:val="clear" w:color="auto" w:fill="D9D9D9"/>
            <w:tcMar>
              <w:top w:w="70" w:type="dxa"/>
              <w:left w:w="80" w:type="dxa"/>
              <w:bottom w:w="70" w:type="dxa"/>
              <w:right w:w="80" w:type="dxa"/>
            </w:tcMar>
            <w:vAlign w:val="center"/>
          </w:tcPr>
          <w:p w14:paraId="23FBE0EC" w14:textId="77777777" w:rsidR="00873069" w:rsidRDefault="007E3835">
            <w:pPr>
              <w:spacing w:line="240" w:lineRule="auto"/>
            </w:pPr>
            <w:r>
              <w:rPr>
                <w:b/>
                <w:sz w:val="16"/>
              </w:rPr>
              <w:t>B. Privalomos projekto idėjos koncepcijos informacijos išsamumas.</w:t>
            </w:r>
          </w:p>
        </w:tc>
      </w:tr>
      <w:tr w:rsidR="00873069" w14:paraId="0718E465" w14:textId="77777777" w:rsidTr="009E4FC0">
        <w:trPr>
          <w:jc w:val="center"/>
        </w:trPr>
        <w:tc>
          <w:tcPr>
            <w:tcW w:w="510" w:type="dxa"/>
            <w:tcMar>
              <w:top w:w="70" w:type="dxa"/>
              <w:left w:w="80" w:type="dxa"/>
              <w:bottom w:w="70" w:type="dxa"/>
              <w:right w:w="80" w:type="dxa"/>
            </w:tcMar>
          </w:tcPr>
          <w:p w14:paraId="76A94E74" w14:textId="77777777" w:rsidR="00873069" w:rsidRDefault="007E3835">
            <w:pPr>
              <w:spacing w:line="240" w:lineRule="auto"/>
              <w:jc w:val="center"/>
            </w:pPr>
            <w:r>
              <w:rPr>
                <w:sz w:val="16"/>
              </w:rPr>
              <w:lastRenderedPageBreak/>
              <w:t>13</w:t>
            </w:r>
          </w:p>
        </w:tc>
        <w:tc>
          <w:tcPr>
            <w:tcW w:w="7940" w:type="dxa"/>
            <w:tcMar>
              <w:top w:w="70" w:type="dxa"/>
              <w:left w:w="80" w:type="dxa"/>
              <w:bottom w:w="70" w:type="dxa"/>
              <w:right w:w="80" w:type="dxa"/>
            </w:tcMar>
          </w:tcPr>
          <w:p w14:paraId="5833B498" w14:textId="77777777" w:rsidR="00873069" w:rsidRDefault="007E3835">
            <w:pPr>
              <w:spacing w:line="240" w:lineRule="auto"/>
            </w:pPr>
            <w:r>
              <w:rPr>
                <w:sz w:val="16"/>
              </w:rPr>
              <w:t>Pateiktas projekto idėjos koncepcijos aprašymas (iki 3000 žodžių), kuriame įvardyta Ukrainos partnerio sprendžiama problema.</w:t>
            </w:r>
          </w:p>
        </w:tc>
        <w:tc>
          <w:tcPr>
            <w:tcW w:w="623" w:type="dxa"/>
            <w:tcMar>
              <w:top w:w="70" w:type="dxa"/>
              <w:left w:w="80" w:type="dxa"/>
              <w:bottom w:w="70" w:type="dxa"/>
              <w:right w:w="80" w:type="dxa"/>
            </w:tcMar>
          </w:tcPr>
          <w:p w14:paraId="52A4202E"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7D73734D"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511B5512"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209B765F" w14:textId="77777777" w:rsidR="00873069" w:rsidRDefault="007E3835">
            <w:pPr>
              <w:spacing w:line="240" w:lineRule="auto"/>
            </w:pPr>
            <w:r>
              <w:rPr>
                <w:i/>
                <w:sz w:val="14"/>
              </w:rPr>
              <w:t>Koncepcijos V skyrius; Kvietimo 24.1.1 p.</w:t>
            </w:r>
          </w:p>
        </w:tc>
      </w:tr>
      <w:tr w:rsidR="00873069" w14:paraId="45591E2B" w14:textId="77777777" w:rsidTr="009E4FC0">
        <w:trPr>
          <w:jc w:val="center"/>
        </w:trPr>
        <w:tc>
          <w:tcPr>
            <w:tcW w:w="510" w:type="dxa"/>
            <w:tcMar>
              <w:top w:w="70" w:type="dxa"/>
              <w:left w:w="80" w:type="dxa"/>
              <w:bottom w:w="70" w:type="dxa"/>
              <w:right w:w="80" w:type="dxa"/>
            </w:tcMar>
          </w:tcPr>
          <w:p w14:paraId="60FEADE9" w14:textId="77777777" w:rsidR="00873069" w:rsidRDefault="007E3835">
            <w:pPr>
              <w:spacing w:line="240" w:lineRule="auto"/>
              <w:jc w:val="center"/>
            </w:pPr>
            <w:r>
              <w:rPr>
                <w:sz w:val="16"/>
              </w:rPr>
              <w:t>14</w:t>
            </w:r>
          </w:p>
        </w:tc>
        <w:tc>
          <w:tcPr>
            <w:tcW w:w="7940" w:type="dxa"/>
            <w:tcMar>
              <w:top w:w="70" w:type="dxa"/>
              <w:left w:w="80" w:type="dxa"/>
              <w:bottom w:w="70" w:type="dxa"/>
              <w:right w:w="80" w:type="dxa"/>
            </w:tcMar>
          </w:tcPr>
          <w:p w14:paraId="2562BED4" w14:textId="77777777" w:rsidR="00873069" w:rsidRDefault="007E3835">
            <w:pPr>
              <w:spacing w:line="240" w:lineRule="auto"/>
            </w:pPr>
            <w:r>
              <w:rPr>
                <w:sz w:val="16"/>
              </w:rPr>
              <w:t>Pateiktas preliminarus partnerystės modelis ir partnerių aprašymas.</w:t>
            </w:r>
          </w:p>
        </w:tc>
        <w:tc>
          <w:tcPr>
            <w:tcW w:w="623" w:type="dxa"/>
            <w:tcMar>
              <w:top w:w="70" w:type="dxa"/>
              <w:left w:w="80" w:type="dxa"/>
              <w:bottom w:w="70" w:type="dxa"/>
              <w:right w:w="80" w:type="dxa"/>
            </w:tcMar>
          </w:tcPr>
          <w:p w14:paraId="583F962B"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1A70D095"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74FE9940"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664A2422" w14:textId="77777777" w:rsidR="00873069" w:rsidRDefault="007E3835">
            <w:pPr>
              <w:spacing w:line="240" w:lineRule="auto"/>
            </w:pPr>
            <w:r>
              <w:rPr>
                <w:i/>
                <w:sz w:val="14"/>
              </w:rPr>
              <w:t>Koncepcijos III, IV ir VII skyriai; Kvietimo 24.1.2 p.</w:t>
            </w:r>
          </w:p>
        </w:tc>
      </w:tr>
      <w:tr w:rsidR="00873069" w14:paraId="6F244875" w14:textId="77777777" w:rsidTr="009E4FC0">
        <w:trPr>
          <w:jc w:val="center"/>
        </w:trPr>
        <w:tc>
          <w:tcPr>
            <w:tcW w:w="510" w:type="dxa"/>
            <w:tcMar>
              <w:top w:w="70" w:type="dxa"/>
              <w:left w:w="80" w:type="dxa"/>
              <w:bottom w:w="70" w:type="dxa"/>
              <w:right w:w="80" w:type="dxa"/>
            </w:tcMar>
          </w:tcPr>
          <w:p w14:paraId="3269408C" w14:textId="14FA3378" w:rsidR="00873069" w:rsidRDefault="007E3835">
            <w:pPr>
              <w:spacing w:line="240" w:lineRule="auto"/>
              <w:jc w:val="center"/>
            </w:pPr>
            <w:r>
              <w:rPr>
                <w:sz w:val="16"/>
              </w:rPr>
              <w:t>1</w:t>
            </w:r>
            <w:r w:rsidR="009E4FC0">
              <w:rPr>
                <w:sz w:val="16"/>
              </w:rPr>
              <w:t>5</w:t>
            </w:r>
          </w:p>
        </w:tc>
        <w:tc>
          <w:tcPr>
            <w:tcW w:w="7940" w:type="dxa"/>
            <w:tcMar>
              <w:top w:w="70" w:type="dxa"/>
              <w:left w:w="80" w:type="dxa"/>
              <w:bottom w:w="70" w:type="dxa"/>
              <w:right w:w="80" w:type="dxa"/>
            </w:tcMar>
          </w:tcPr>
          <w:p w14:paraId="0ADE0ABD" w14:textId="77777777" w:rsidR="00873069" w:rsidRDefault="007E3835">
            <w:pPr>
              <w:spacing w:line="240" w:lineRule="auto"/>
            </w:pPr>
            <w:r>
              <w:rPr>
                <w:sz w:val="16"/>
              </w:rPr>
              <w:t>Pateikti planuojami praktiniai projekto rezultatai ir numatoma jų nauda partnerių institucijoms, pirmiausia Ukrainos partneriui, įskaitant numatomą rezultatų taikymą jo veikloje.</w:t>
            </w:r>
          </w:p>
        </w:tc>
        <w:tc>
          <w:tcPr>
            <w:tcW w:w="623" w:type="dxa"/>
            <w:tcMar>
              <w:top w:w="70" w:type="dxa"/>
              <w:left w:w="80" w:type="dxa"/>
              <w:bottom w:w="70" w:type="dxa"/>
              <w:right w:w="80" w:type="dxa"/>
            </w:tcMar>
          </w:tcPr>
          <w:p w14:paraId="034E99E7" w14:textId="77777777" w:rsidR="00873069" w:rsidRDefault="007E3835">
            <w:pPr>
              <w:spacing w:line="240" w:lineRule="auto"/>
              <w:jc w:val="center"/>
            </w:pPr>
            <w:r>
              <w:rPr>
                <w:sz w:val="20"/>
              </w:rPr>
              <w:t>☐</w:t>
            </w:r>
          </w:p>
        </w:tc>
        <w:tc>
          <w:tcPr>
            <w:tcW w:w="623" w:type="dxa"/>
            <w:tcMar>
              <w:top w:w="70" w:type="dxa"/>
              <w:left w:w="80" w:type="dxa"/>
              <w:bottom w:w="70" w:type="dxa"/>
              <w:right w:w="80" w:type="dxa"/>
            </w:tcMar>
          </w:tcPr>
          <w:p w14:paraId="7972F0F5" w14:textId="77777777" w:rsidR="00873069" w:rsidRDefault="007E3835">
            <w:pPr>
              <w:spacing w:line="240" w:lineRule="auto"/>
              <w:jc w:val="center"/>
            </w:pPr>
            <w:r>
              <w:rPr>
                <w:sz w:val="20"/>
              </w:rPr>
              <w:t>☐</w:t>
            </w:r>
          </w:p>
        </w:tc>
        <w:tc>
          <w:tcPr>
            <w:tcW w:w="793" w:type="dxa"/>
            <w:tcMar>
              <w:top w:w="70" w:type="dxa"/>
              <w:left w:w="80" w:type="dxa"/>
              <w:bottom w:w="70" w:type="dxa"/>
              <w:right w:w="80" w:type="dxa"/>
            </w:tcMar>
          </w:tcPr>
          <w:p w14:paraId="4992D021" w14:textId="77777777" w:rsidR="00873069" w:rsidRDefault="007E3835">
            <w:pPr>
              <w:spacing w:line="240" w:lineRule="auto"/>
              <w:jc w:val="center"/>
            </w:pPr>
            <w:r>
              <w:rPr>
                <w:sz w:val="16"/>
              </w:rPr>
              <w:t>—</w:t>
            </w:r>
          </w:p>
        </w:tc>
        <w:tc>
          <w:tcPr>
            <w:tcW w:w="5160" w:type="dxa"/>
            <w:tcMar>
              <w:top w:w="70" w:type="dxa"/>
              <w:left w:w="80" w:type="dxa"/>
              <w:bottom w:w="70" w:type="dxa"/>
              <w:right w:w="80" w:type="dxa"/>
            </w:tcMar>
          </w:tcPr>
          <w:p w14:paraId="20476CC3" w14:textId="77777777" w:rsidR="00873069" w:rsidRDefault="007E3835">
            <w:pPr>
              <w:spacing w:line="240" w:lineRule="auto"/>
            </w:pPr>
            <w:r>
              <w:rPr>
                <w:i/>
                <w:sz w:val="14"/>
              </w:rPr>
              <w:t>Koncepcijos VI skyrius ir, jei taikoma, papildomų rezultatų priedas; Kvietimo 24.1.4 p.</w:t>
            </w:r>
          </w:p>
        </w:tc>
      </w:tr>
      <w:tr w:rsidR="00873069" w14:paraId="406A74A4" w14:textId="77777777" w:rsidTr="009E4FC0">
        <w:trPr>
          <w:jc w:val="center"/>
        </w:trPr>
        <w:tc>
          <w:tcPr>
            <w:tcW w:w="15649" w:type="dxa"/>
            <w:gridSpan w:val="6"/>
            <w:shd w:val="clear" w:color="auto" w:fill="D9D9D9"/>
            <w:tcMar>
              <w:top w:w="70" w:type="dxa"/>
              <w:left w:w="80" w:type="dxa"/>
              <w:bottom w:w="70" w:type="dxa"/>
              <w:right w:w="80" w:type="dxa"/>
            </w:tcMar>
            <w:vAlign w:val="center"/>
          </w:tcPr>
          <w:p w14:paraId="5DFCA59E" w14:textId="77777777" w:rsidR="00873069" w:rsidRDefault="007E3835">
            <w:pPr>
              <w:spacing w:line="240" w:lineRule="auto"/>
            </w:pPr>
            <w:r>
              <w:rPr>
                <w:b/>
                <w:sz w:val="16"/>
              </w:rPr>
              <w:t>C. Privalomi dokumentai, kuriuos pagal Kvietimo 32.1 punktą galima pateikti arba patikslinti per CPVA nustatytą terminą.</w:t>
            </w:r>
          </w:p>
        </w:tc>
      </w:tr>
      <w:tr w:rsidR="005643D7" w14:paraId="5829C287" w14:textId="77777777" w:rsidTr="009E4FC0">
        <w:trPr>
          <w:jc w:val="center"/>
        </w:trPr>
        <w:tc>
          <w:tcPr>
            <w:tcW w:w="510" w:type="dxa"/>
            <w:tcMar>
              <w:top w:w="70" w:type="dxa"/>
              <w:left w:w="80" w:type="dxa"/>
              <w:bottom w:w="70" w:type="dxa"/>
              <w:right w:w="80" w:type="dxa"/>
            </w:tcMar>
          </w:tcPr>
          <w:p w14:paraId="0CDBE31E" w14:textId="3E42679B" w:rsidR="005643D7" w:rsidRDefault="005643D7" w:rsidP="005643D7">
            <w:pPr>
              <w:spacing w:line="240" w:lineRule="auto"/>
              <w:jc w:val="center"/>
              <w:rPr>
                <w:sz w:val="16"/>
              </w:rPr>
            </w:pPr>
            <w:r>
              <w:rPr>
                <w:sz w:val="16"/>
              </w:rPr>
              <w:t>16</w:t>
            </w:r>
          </w:p>
        </w:tc>
        <w:tc>
          <w:tcPr>
            <w:tcW w:w="7940" w:type="dxa"/>
            <w:tcMar>
              <w:top w:w="70" w:type="dxa"/>
              <w:left w:w="80" w:type="dxa"/>
              <w:bottom w:w="70" w:type="dxa"/>
              <w:right w:w="80" w:type="dxa"/>
            </w:tcMar>
          </w:tcPr>
          <w:p w14:paraId="6AA4B343" w14:textId="2B1D6DA1" w:rsidR="005643D7" w:rsidRDefault="005643D7" w:rsidP="005643D7">
            <w:pPr>
              <w:spacing w:line="240" w:lineRule="auto"/>
              <w:rPr>
                <w:sz w:val="16"/>
              </w:rPr>
            </w:pPr>
            <w:r w:rsidRPr="009E4FC0">
              <w:rPr>
                <w:sz w:val="16"/>
              </w:rPr>
              <w:t xml:space="preserve">Pateikta užpildyta preliminaraus projekto biudžeto forma pagal Kvietimo </w:t>
            </w:r>
            <w:r>
              <w:rPr>
                <w:sz w:val="16"/>
              </w:rPr>
              <w:t>4</w:t>
            </w:r>
            <w:r w:rsidRPr="009E4FC0">
              <w:rPr>
                <w:sz w:val="16"/>
              </w:rPr>
              <w:t xml:space="preserve"> priedą.</w:t>
            </w:r>
          </w:p>
        </w:tc>
        <w:tc>
          <w:tcPr>
            <w:tcW w:w="623" w:type="dxa"/>
            <w:tcMar>
              <w:top w:w="70" w:type="dxa"/>
              <w:left w:w="80" w:type="dxa"/>
              <w:bottom w:w="70" w:type="dxa"/>
              <w:right w:w="80" w:type="dxa"/>
            </w:tcMar>
          </w:tcPr>
          <w:p w14:paraId="4B7E087A" w14:textId="745F9117" w:rsidR="005643D7" w:rsidRDefault="005643D7" w:rsidP="005643D7">
            <w:pPr>
              <w:spacing w:line="240" w:lineRule="auto"/>
              <w:jc w:val="center"/>
              <w:rPr>
                <w:sz w:val="20"/>
              </w:rPr>
            </w:pPr>
            <w:r>
              <w:rPr>
                <w:rFonts w:ascii="Segoe UI Symbol" w:hAnsi="Segoe UI Symbol" w:cs="Segoe UI Symbol"/>
                <w:sz w:val="20"/>
              </w:rPr>
              <w:t>☐</w:t>
            </w:r>
          </w:p>
        </w:tc>
        <w:tc>
          <w:tcPr>
            <w:tcW w:w="623" w:type="dxa"/>
            <w:tcMar>
              <w:top w:w="70" w:type="dxa"/>
              <w:left w:w="80" w:type="dxa"/>
              <w:bottom w:w="70" w:type="dxa"/>
              <w:right w:w="80" w:type="dxa"/>
            </w:tcMar>
          </w:tcPr>
          <w:p w14:paraId="3D1802D1" w14:textId="114E21E2" w:rsidR="005643D7" w:rsidRDefault="005643D7" w:rsidP="005643D7">
            <w:pPr>
              <w:spacing w:line="240" w:lineRule="auto"/>
              <w:jc w:val="center"/>
              <w:rPr>
                <w:sz w:val="20"/>
              </w:rPr>
            </w:pPr>
            <w:r>
              <w:rPr>
                <w:rFonts w:ascii="Segoe UI Symbol" w:hAnsi="Segoe UI Symbol" w:cs="Segoe UI Symbol"/>
                <w:sz w:val="20"/>
              </w:rPr>
              <w:t>☐</w:t>
            </w:r>
          </w:p>
        </w:tc>
        <w:tc>
          <w:tcPr>
            <w:tcW w:w="793" w:type="dxa"/>
            <w:tcMar>
              <w:top w:w="70" w:type="dxa"/>
              <w:left w:w="80" w:type="dxa"/>
              <w:bottom w:w="70" w:type="dxa"/>
              <w:right w:w="80" w:type="dxa"/>
            </w:tcMar>
          </w:tcPr>
          <w:p w14:paraId="5D30E53D" w14:textId="7D769EC2" w:rsidR="005643D7" w:rsidRDefault="005643D7" w:rsidP="005643D7">
            <w:pPr>
              <w:spacing w:line="240" w:lineRule="auto"/>
              <w:jc w:val="center"/>
              <w:rPr>
                <w:sz w:val="16"/>
              </w:rPr>
            </w:pPr>
            <w:r>
              <w:rPr>
                <w:sz w:val="16"/>
              </w:rPr>
              <w:t>—</w:t>
            </w:r>
          </w:p>
        </w:tc>
        <w:tc>
          <w:tcPr>
            <w:tcW w:w="5160" w:type="dxa"/>
            <w:tcMar>
              <w:top w:w="70" w:type="dxa"/>
              <w:left w:w="80" w:type="dxa"/>
              <w:bottom w:w="70" w:type="dxa"/>
              <w:right w:w="80" w:type="dxa"/>
            </w:tcMar>
          </w:tcPr>
          <w:p w14:paraId="37D742C8" w14:textId="48AFDEE2" w:rsidR="005643D7" w:rsidRPr="0090584A" w:rsidRDefault="0090584A" w:rsidP="005643D7">
            <w:pPr>
              <w:spacing w:line="240" w:lineRule="auto"/>
              <w:rPr>
                <w:i/>
                <w:sz w:val="14"/>
                <w:lang w:val="lt-LT"/>
              </w:rPr>
            </w:pPr>
            <w:r w:rsidRPr="0090584A">
              <w:rPr>
                <w:i/>
                <w:sz w:val="14"/>
              </w:rPr>
              <w:t>Preliminaraus projekto biudžeto forma; Kvietimo 24.1.3 ir 32.1 p.</w:t>
            </w:r>
          </w:p>
        </w:tc>
      </w:tr>
      <w:tr w:rsidR="005643D7" w14:paraId="4E56711A" w14:textId="77777777" w:rsidTr="009E4FC0">
        <w:trPr>
          <w:jc w:val="center"/>
        </w:trPr>
        <w:tc>
          <w:tcPr>
            <w:tcW w:w="510" w:type="dxa"/>
            <w:tcMar>
              <w:top w:w="70" w:type="dxa"/>
              <w:left w:w="80" w:type="dxa"/>
              <w:bottom w:w="70" w:type="dxa"/>
              <w:right w:w="80" w:type="dxa"/>
            </w:tcMar>
          </w:tcPr>
          <w:p w14:paraId="4F09940A" w14:textId="77777777" w:rsidR="005643D7" w:rsidRDefault="005643D7" w:rsidP="005643D7">
            <w:pPr>
              <w:spacing w:line="240" w:lineRule="auto"/>
              <w:jc w:val="center"/>
            </w:pPr>
            <w:r>
              <w:rPr>
                <w:sz w:val="16"/>
              </w:rPr>
              <w:t>17</w:t>
            </w:r>
          </w:p>
        </w:tc>
        <w:tc>
          <w:tcPr>
            <w:tcW w:w="7940" w:type="dxa"/>
            <w:tcMar>
              <w:top w:w="70" w:type="dxa"/>
              <w:left w:w="80" w:type="dxa"/>
              <w:bottom w:w="70" w:type="dxa"/>
              <w:right w:w="80" w:type="dxa"/>
            </w:tcMar>
          </w:tcPr>
          <w:p w14:paraId="3D812304" w14:textId="77777777" w:rsidR="005643D7" w:rsidRDefault="005643D7" w:rsidP="005643D7">
            <w:pPr>
              <w:spacing w:line="240" w:lineRule="auto"/>
            </w:pPr>
            <w:r>
              <w:rPr>
                <w:sz w:val="16"/>
              </w:rPr>
              <w:t>Pateikta užpildyta ir pasirašyta Pareiškėjo atitikties Kvietimo reikalavimams deklaracija.</w:t>
            </w:r>
          </w:p>
        </w:tc>
        <w:tc>
          <w:tcPr>
            <w:tcW w:w="623" w:type="dxa"/>
            <w:tcMar>
              <w:top w:w="70" w:type="dxa"/>
              <w:left w:w="80" w:type="dxa"/>
              <w:bottom w:w="70" w:type="dxa"/>
              <w:right w:w="80" w:type="dxa"/>
            </w:tcMar>
          </w:tcPr>
          <w:p w14:paraId="1E293310" w14:textId="77777777" w:rsidR="005643D7" w:rsidRDefault="005643D7" w:rsidP="005643D7">
            <w:pPr>
              <w:spacing w:line="240" w:lineRule="auto"/>
              <w:jc w:val="center"/>
            </w:pPr>
            <w:r>
              <w:rPr>
                <w:rFonts w:ascii="Segoe UI Symbol" w:hAnsi="Segoe UI Symbol" w:cs="Segoe UI Symbol"/>
                <w:sz w:val="20"/>
              </w:rPr>
              <w:t>☐</w:t>
            </w:r>
          </w:p>
        </w:tc>
        <w:tc>
          <w:tcPr>
            <w:tcW w:w="623" w:type="dxa"/>
            <w:tcMar>
              <w:top w:w="70" w:type="dxa"/>
              <w:left w:w="80" w:type="dxa"/>
              <w:bottom w:w="70" w:type="dxa"/>
              <w:right w:w="80" w:type="dxa"/>
            </w:tcMar>
          </w:tcPr>
          <w:p w14:paraId="2D98A1CA" w14:textId="77777777" w:rsidR="005643D7" w:rsidRDefault="005643D7" w:rsidP="005643D7">
            <w:pPr>
              <w:spacing w:line="240" w:lineRule="auto"/>
              <w:jc w:val="center"/>
            </w:pPr>
            <w:r>
              <w:rPr>
                <w:rFonts w:ascii="Segoe UI Symbol" w:hAnsi="Segoe UI Symbol" w:cs="Segoe UI Symbol"/>
                <w:sz w:val="20"/>
              </w:rPr>
              <w:t>☐</w:t>
            </w:r>
          </w:p>
        </w:tc>
        <w:tc>
          <w:tcPr>
            <w:tcW w:w="793" w:type="dxa"/>
            <w:tcMar>
              <w:top w:w="70" w:type="dxa"/>
              <w:left w:w="80" w:type="dxa"/>
              <w:bottom w:w="70" w:type="dxa"/>
              <w:right w:w="80" w:type="dxa"/>
            </w:tcMar>
          </w:tcPr>
          <w:p w14:paraId="538385F8" w14:textId="77777777" w:rsidR="005643D7" w:rsidRDefault="005643D7" w:rsidP="005643D7">
            <w:pPr>
              <w:spacing w:line="240" w:lineRule="auto"/>
              <w:jc w:val="center"/>
            </w:pPr>
            <w:r>
              <w:rPr>
                <w:sz w:val="16"/>
              </w:rPr>
              <w:t>—</w:t>
            </w:r>
          </w:p>
        </w:tc>
        <w:tc>
          <w:tcPr>
            <w:tcW w:w="5160" w:type="dxa"/>
            <w:tcMar>
              <w:top w:w="70" w:type="dxa"/>
              <w:left w:w="80" w:type="dxa"/>
              <w:bottom w:w="70" w:type="dxa"/>
              <w:right w:w="80" w:type="dxa"/>
            </w:tcMar>
          </w:tcPr>
          <w:p w14:paraId="77B74EC9" w14:textId="77777777" w:rsidR="005643D7" w:rsidRDefault="005643D7" w:rsidP="005643D7">
            <w:pPr>
              <w:spacing w:line="240" w:lineRule="auto"/>
            </w:pPr>
            <w:r>
              <w:rPr>
                <w:i/>
                <w:sz w:val="14"/>
              </w:rPr>
              <w:t>Koncepcijos II skyriaus deklaracijos laukas; Kvietimo 24.1.5 ir 32.1 p.</w:t>
            </w:r>
          </w:p>
        </w:tc>
      </w:tr>
      <w:tr w:rsidR="005643D7" w14:paraId="12563B77" w14:textId="77777777" w:rsidTr="009E4FC0">
        <w:trPr>
          <w:jc w:val="center"/>
        </w:trPr>
        <w:tc>
          <w:tcPr>
            <w:tcW w:w="510" w:type="dxa"/>
            <w:tcMar>
              <w:top w:w="70" w:type="dxa"/>
              <w:left w:w="80" w:type="dxa"/>
              <w:bottom w:w="70" w:type="dxa"/>
              <w:right w:w="80" w:type="dxa"/>
            </w:tcMar>
          </w:tcPr>
          <w:p w14:paraId="653DC47D" w14:textId="77777777" w:rsidR="005643D7" w:rsidRDefault="005643D7" w:rsidP="005643D7">
            <w:pPr>
              <w:spacing w:line="240" w:lineRule="auto"/>
              <w:jc w:val="center"/>
            </w:pPr>
            <w:r>
              <w:rPr>
                <w:sz w:val="16"/>
              </w:rPr>
              <w:t>18</w:t>
            </w:r>
          </w:p>
        </w:tc>
        <w:tc>
          <w:tcPr>
            <w:tcW w:w="7940" w:type="dxa"/>
            <w:tcMar>
              <w:top w:w="70" w:type="dxa"/>
              <w:left w:w="80" w:type="dxa"/>
              <w:bottom w:w="70" w:type="dxa"/>
              <w:right w:w="80" w:type="dxa"/>
            </w:tcMar>
          </w:tcPr>
          <w:p w14:paraId="0DA7EBA5" w14:textId="77777777" w:rsidR="005643D7" w:rsidRDefault="005643D7" w:rsidP="005643D7">
            <w:pPr>
              <w:spacing w:line="240" w:lineRule="auto"/>
            </w:pPr>
            <w:r>
              <w:rPr>
                <w:sz w:val="16"/>
              </w:rPr>
              <w:t>Pateikta atskira užpildyta ir pasirašyta Projekto partnerio atitikties Kvietimo reikalavimams deklaracija dėl kiekvieno koncepcijoje nurodyto projekto partnerio. Ukrainos partnerio deklaracija pateikta lietuvių arba anglų kalba.</w:t>
            </w:r>
          </w:p>
        </w:tc>
        <w:tc>
          <w:tcPr>
            <w:tcW w:w="623" w:type="dxa"/>
            <w:tcMar>
              <w:top w:w="70" w:type="dxa"/>
              <w:left w:w="80" w:type="dxa"/>
              <w:bottom w:w="70" w:type="dxa"/>
              <w:right w:w="80" w:type="dxa"/>
            </w:tcMar>
          </w:tcPr>
          <w:p w14:paraId="7E07D28F" w14:textId="77777777" w:rsidR="005643D7" w:rsidRDefault="005643D7" w:rsidP="005643D7">
            <w:pPr>
              <w:spacing w:line="240" w:lineRule="auto"/>
              <w:jc w:val="center"/>
            </w:pPr>
            <w:r>
              <w:rPr>
                <w:rFonts w:ascii="Segoe UI Symbol" w:hAnsi="Segoe UI Symbol" w:cs="Segoe UI Symbol"/>
                <w:sz w:val="20"/>
              </w:rPr>
              <w:t>☐</w:t>
            </w:r>
          </w:p>
        </w:tc>
        <w:tc>
          <w:tcPr>
            <w:tcW w:w="623" w:type="dxa"/>
            <w:tcMar>
              <w:top w:w="70" w:type="dxa"/>
              <w:left w:w="80" w:type="dxa"/>
              <w:bottom w:w="70" w:type="dxa"/>
              <w:right w:w="80" w:type="dxa"/>
            </w:tcMar>
          </w:tcPr>
          <w:p w14:paraId="0D25ABF1" w14:textId="77777777" w:rsidR="005643D7" w:rsidRDefault="005643D7" w:rsidP="005643D7">
            <w:pPr>
              <w:spacing w:line="240" w:lineRule="auto"/>
              <w:jc w:val="center"/>
            </w:pPr>
            <w:r>
              <w:rPr>
                <w:rFonts w:ascii="Segoe UI Symbol" w:hAnsi="Segoe UI Symbol" w:cs="Segoe UI Symbol"/>
                <w:sz w:val="20"/>
              </w:rPr>
              <w:t>☐</w:t>
            </w:r>
          </w:p>
        </w:tc>
        <w:tc>
          <w:tcPr>
            <w:tcW w:w="793" w:type="dxa"/>
            <w:tcMar>
              <w:top w:w="70" w:type="dxa"/>
              <w:left w:w="80" w:type="dxa"/>
              <w:bottom w:w="70" w:type="dxa"/>
              <w:right w:w="80" w:type="dxa"/>
            </w:tcMar>
          </w:tcPr>
          <w:p w14:paraId="7941F6EB" w14:textId="77777777" w:rsidR="005643D7" w:rsidRDefault="005643D7" w:rsidP="005643D7">
            <w:pPr>
              <w:spacing w:line="240" w:lineRule="auto"/>
              <w:jc w:val="center"/>
            </w:pPr>
            <w:r>
              <w:rPr>
                <w:sz w:val="16"/>
              </w:rPr>
              <w:t>—</w:t>
            </w:r>
          </w:p>
        </w:tc>
        <w:tc>
          <w:tcPr>
            <w:tcW w:w="5160" w:type="dxa"/>
            <w:tcMar>
              <w:top w:w="70" w:type="dxa"/>
              <w:left w:w="80" w:type="dxa"/>
              <w:bottom w:w="70" w:type="dxa"/>
              <w:right w:w="80" w:type="dxa"/>
            </w:tcMar>
          </w:tcPr>
          <w:p w14:paraId="72AA8250" w14:textId="77777777" w:rsidR="005643D7" w:rsidRDefault="005643D7" w:rsidP="005643D7">
            <w:pPr>
              <w:spacing w:line="240" w:lineRule="auto"/>
            </w:pPr>
            <w:r>
              <w:rPr>
                <w:i/>
                <w:sz w:val="14"/>
              </w:rPr>
              <w:t>Koncepcijos III–IV skyrių partnerių deklaracijų laukai; Kvietimo 24.1.6 ir 32.1 p.</w:t>
            </w:r>
          </w:p>
        </w:tc>
      </w:tr>
    </w:tbl>
    <w:p w14:paraId="1133F636" w14:textId="77777777" w:rsidR="00873069" w:rsidRDefault="007E3835">
      <w:pPr>
        <w:spacing w:before="80" w:after="20"/>
      </w:pPr>
      <w:r>
        <w:rPr>
          <w:b/>
        </w:rPr>
        <w:t>Išvada:</w:t>
      </w:r>
    </w:p>
    <w:p w14:paraId="11792F04" w14:textId="77777777" w:rsidR="00873069" w:rsidRDefault="007E3835">
      <w:pPr>
        <w:ind w:left="170"/>
      </w:pPr>
      <w:r>
        <w:rPr>
          <w:sz w:val="17"/>
        </w:rPr>
        <w:t>☐ Koncepcija atitinka preliminariosios administracinės atitikties reikalavimus.</w:t>
      </w:r>
    </w:p>
    <w:p w14:paraId="710D652C" w14:textId="77777777" w:rsidR="00873069" w:rsidRDefault="007E3835">
      <w:pPr>
        <w:ind w:left="170"/>
      </w:pPr>
      <w:r>
        <w:rPr>
          <w:sz w:val="17"/>
        </w:rPr>
        <w:t>☐ Reikalinga pateikti / patikslinti privalomus dokumentus pagal Kvietimo 32.1 punktą: _________________________________.</w:t>
      </w:r>
    </w:p>
    <w:p w14:paraId="29EF3615" w14:textId="77777777" w:rsidR="00873069" w:rsidRDefault="007E3835">
      <w:pPr>
        <w:ind w:left="170"/>
      </w:pPr>
      <w:r>
        <w:rPr>
          <w:sz w:val="17"/>
        </w:rPr>
        <w:t>☐ Koncepcija neatitinka preliminariosios administracinės atitikties reikalavimų. Pagrindimas: _________________________.</w:t>
      </w:r>
    </w:p>
    <w:p w14:paraId="58FA8916" w14:textId="77777777" w:rsidR="00873069" w:rsidRDefault="007E3835">
      <w:pPr>
        <w:spacing w:before="60"/>
      </w:pPr>
      <w:r>
        <w:rPr>
          <w:b/>
          <w:sz w:val="17"/>
        </w:rPr>
        <w:t>Galutinė išvada po patikslinimo (jei taikoma):   ☐ Atitinka   ☐ Neatitinka</w:t>
      </w:r>
    </w:p>
    <w:p w14:paraId="1E69F972" w14:textId="77777777" w:rsidR="00873069" w:rsidRDefault="007E3835">
      <w:pPr>
        <w:spacing w:before="80"/>
      </w:pPr>
      <w:r>
        <w:rPr>
          <w:sz w:val="16"/>
        </w:rPr>
        <w:t>Vertinimą atliko: ____________________________________________     Data: ____________________     Parašas: ____________________</w:t>
      </w:r>
    </w:p>
    <w:p w14:paraId="629345D5" w14:textId="77777777" w:rsidR="00873069" w:rsidRDefault="007E3835">
      <w:pPr>
        <w:spacing w:before="20"/>
      </w:pPr>
      <w:r>
        <w:rPr>
          <w:i/>
          <w:sz w:val="15"/>
        </w:rPr>
        <w:t>* Jei pasirašoma elektroniniu parašu, datos atskirai nurodyti nereikia.</w:t>
      </w:r>
    </w:p>
    <w:sectPr w:rsidR="00873069" w:rsidSect="00034616">
      <w:pgSz w:w="16838" w:h="11906" w:orient="landscape"/>
      <w:pgMar w:top="454" w:right="567" w:bottom="45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6955980">
    <w:abstractNumId w:val="8"/>
  </w:num>
  <w:num w:numId="2" w16cid:durableId="664747384">
    <w:abstractNumId w:val="6"/>
  </w:num>
  <w:num w:numId="3" w16cid:durableId="1452364516">
    <w:abstractNumId w:val="5"/>
  </w:num>
  <w:num w:numId="4" w16cid:durableId="1182428804">
    <w:abstractNumId w:val="4"/>
  </w:num>
  <w:num w:numId="5" w16cid:durableId="384187778">
    <w:abstractNumId w:val="7"/>
  </w:num>
  <w:num w:numId="6" w16cid:durableId="6711427">
    <w:abstractNumId w:val="3"/>
  </w:num>
  <w:num w:numId="7" w16cid:durableId="1710296403">
    <w:abstractNumId w:val="2"/>
  </w:num>
  <w:num w:numId="8" w16cid:durableId="1127704097">
    <w:abstractNumId w:val="1"/>
  </w:num>
  <w:num w:numId="9" w16cid:durableId="40006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53B"/>
    <w:rsid w:val="0006063C"/>
    <w:rsid w:val="0015074B"/>
    <w:rsid w:val="001E4F57"/>
    <w:rsid w:val="0020384B"/>
    <w:rsid w:val="002354A3"/>
    <w:rsid w:val="00283D5F"/>
    <w:rsid w:val="0029639D"/>
    <w:rsid w:val="003234AD"/>
    <w:rsid w:val="00326F90"/>
    <w:rsid w:val="005643D7"/>
    <w:rsid w:val="00604C83"/>
    <w:rsid w:val="007E3835"/>
    <w:rsid w:val="00873069"/>
    <w:rsid w:val="0090584A"/>
    <w:rsid w:val="00945ABA"/>
    <w:rsid w:val="009E4FC0"/>
    <w:rsid w:val="00A64391"/>
    <w:rsid w:val="00AA1D8D"/>
    <w:rsid w:val="00B47730"/>
    <w:rsid w:val="00CB0664"/>
    <w:rsid w:val="00CD0E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983762"/>
  <w14:defaultImageDpi w14:val="300"/>
  <w15:docId w15:val="{70A77B8A-D1B6-4529-A5EC-40342A1A6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itle">
    <w:name w:val="SmallTitle"/>
    <w:rPr>
      <w:rFonts w:ascii="Arial" w:eastAsia="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3377</Words>
  <Characters>1925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Dalia Krapavickaitė</cp:lastModifiedBy>
  <cp:revision>8</cp:revision>
  <dcterms:created xsi:type="dcterms:W3CDTF">2013-12-23T23:15:00Z</dcterms:created>
  <dcterms:modified xsi:type="dcterms:W3CDTF">2026-10-18T17:25:00Z</dcterms:modified>
  <cp:category/>
</cp:coreProperties>
</file>